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DDB72" w14:textId="77777777" w:rsidR="00891713" w:rsidRDefault="00891713" w:rsidP="00891713">
      <w:pPr>
        <w:pStyle w:val="Naslov"/>
        <w:jc w:val="center"/>
      </w:pPr>
      <w:bookmarkStart w:id="0" w:name="_Hlk241225667"/>
      <w:r>
        <w:t>PLAN</w:t>
      </w:r>
      <w:r>
        <w:rPr>
          <w:spacing w:val="-8"/>
        </w:rPr>
        <w:t xml:space="preserve"> </w:t>
      </w:r>
      <w:r>
        <w:rPr>
          <w:spacing w:val="-2"/>
        </w:rPr>
        <w:t>INTEGRITETA</w:t>
      </w:r>
    </w:p>
    <w:p w14:paraId="5B986CCB" w14:textId="77777777" w:rsidR="00891713" w:rsidRPr="003E5D3E" w:rsidRDefault="00891713" w:rsidP="00891713">
      <w:pPr>
        <w:pStyle w:val="Naslov"/>
        <w:spacing w:before="191"/>
        <w:ind w:left="11" w:right="22"/>
        <w:jc w:val="center"/>
      </w:pPr>
      <w:r>
        <w:t>JU</w:t>
      </w:r>
      <w:r>
        <w:rPr>
          <w:spacing w:val="-3"/>
        </w:rPr>
        <w:t xml:space="preserve"> </w:t>
      </w:r>
      <w:r>
        <w:t>OSNOVNA</w:t>
      </w:r>
      <w:r>
        <w:rPr>
          <w:spacing w:val="-8"/>
        </w:rPr>
        <w:t xml:space="preserve"> </w:t>
      </w:r>
      <w:r>
        <w:t>MUZIČKA</w:t>
      </w:r>
      <w:r>
        <w:rPr>
          <w:spacing w:val="-1"/>
        </w:rPr>
        <w:t xml:space="preserve"> </w:t>
      </w:r>
      <w:r>
        <w:t xml:space="preserve">ŠKOLA </w:t>
      </w:r>
      <w:r>
        <w:rPr>
          <w:spacing w:val="-2"/>
        </w:rPr>
        <w:t>TRAVNIK</w:t>
      </w:r>
    </w:p>
    <w:p w14:paraId="0192936C" w14:textId="77777777" w:rsidR="00891713" w:rsidRDefault="00891713" w:rsidP="00891713">
      <w:pPr>
        <w:pStyle w:val="Tijeloteksta"/>
        <w:rPr>
          <w:b/>
          <w:sz w:val="20"/>
        </w:rPr>
      </w:pPr>
    </w:p>
    <w:p w14:paraId="6F2E4A62" w14:textId="77777777" w:rsidR="00891713" w:rsidRDefault="00891713" w:rsidP="00891713">
      <w:pPr>
        <w:pStyle w:val="Tijeloteksta"/>
        <w:rPr>
          <w:b/>
          <w:sz w:val="20"/>
        </w:rPr>
      </w:pPr>
    </w:p>
    <w:p w14:paraId="5DE87BA0" w14:textId="77777777" w:rsidR="00891713" w:rsidRDefault="00891713" w:rsidP="00891713">
      <w:pPr>
        <w:pStyle w:val="Tijeloteksta"/>
        <w:spacing w:before="128"/>
        <w:jc w:val="center"/>
        <w:rPr>
          <w:b/>
          <w:sz w:val="20"/>
        </w:rPr>
      </w:pPr>
      <w:r>
        <w:rPr>
          <w:b/>
          <w:noProof/>
          <w:sz w:val="20"/>
        </w:rPr>
        <w:drawing>
          <wp:inline distT="0" distB="0" distL="0" distR="0" wp14:anchorId="5E4FEFD4" wp14:editId="3BB07C58">
            <wp:extent cx="2838450" cy="2814953"/>
            <wp:effectExtent l="0" t="0" r="0" b="508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799" cy="2822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B8F67" w14:textId="77777777" w:rsidR="00891713" w:rsidRDefault="00891713" w:rsidP="00891713">
      <w:pPr>
        <w:pStyle w:val="Tijeloteksta"/>
        <w:spacing w:before="238"/>
        <w:rPr>
          <w:b/>
        </w:rPr>
      </w:pPr>
    </w:p>
    <w:p w14:paraId="141939F0" w14:textId="77777777" w:rsidR="00891713" w:rsidRDefault="00891713" w:rsidP="00891713">
      <w:pPr>
        <w:pStyle w:val="Tijeloteksta"/>
        <w:spacing w:line="410" w:lineRule="auto"/>
        <w:ind w:left="2394" w:right="904" w:hanging="332"/>
        <w:jc w:val="center"/>
      </w:pPr>
      <w:proofErr w:type="spellStart"/>
      <w:r>
        <w:t>Odgovorno</w:t>
      </w:r>
      <w:proofErr w:type="spellEnd"/>
      <w:r>
        <w:rPr>
          <w:spacing w:val="-9"/>
        </w:rPr>
        <w:t xml:space="preserve"> </w:t>
      </w:r>
      <w:r>
        <w:t>lice:</w:t>
      </w:r>
      <w:r>
        <w:rPr>
          <w:spacing w:val="-3"/>
        </w:rPr>
        <w:t xml:space="preserve"> </w:t>
      </w:r>
      <w:r>
        <w:t xml:space="preserve">Zerina </w:t>
      </w:r>
      <w:proofErr w:type="spellStart"/>
      <w:r>
        <w:t>Zupurović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direktorica</w:t>
      </w:r>
      <w:proofErr w:type="spellEnd"/>
      <w:r>
        <w:t xml:space="preserve"> –</w:t>
      </w:r>
      <w:r>
        <w:rPr>
          <w:spacing w:val="-2"/>
        </w:rPr>
        <w:t xml:space="preserve"> </w:t>
      </w:r>
      <w:proofErr w:type="spellStart"/>
      <w:r>
        <w:t>ovlašteno</w:t>
      </w:r>
      <w:proofErr w:type="spellEnd"/>
      <w:r>
        <w:rPr>
          <w:spacing w:val="-9"/>
        </w:rPr>
        <w:t xml:space="preserve"> </w:t>
      </w:r>
      <w:r>
        <w:t>lice</w:t>
      </w:r>
      <w:r>
        <w:rPr>
          <w:spacing w:val="-4"/>
        </w:rP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: Amar </w:t>
      </w:r>
      <w:proofErr w:type="spellStart"/>
      <w:r>
        <w:t>Alijagić</w:t>
      </w:r>
      <w:proofErr w:type="spellEnd"/>
      <w:r>
        <w:t xml:space="preserve">- </w:t>
      </w:r>
      <w:proofErr w:type="spellStart"/>
      <w:r>
        <w:t>sekretar</w:t>
      </w:r>
      <w:proofErr w:type="spellEnd"/>
    </w:p>
    <w:p w14:paraId="26D065A9" w14:textId="77777777" w:rsidR="00891713" w:rsidRDefault="00891713" w:rsidP="00891713">
      <w:pPr>
        <w:pStyle w:val="Tijeloteksta"/>
      </w:pPr>
    </w:p>
    <w:p w14:paraId="23D8C416" w14:textId="77777777" w:rsidR="00891713" w:rsidRDefault="00891713" w:rsidP="00891713">
      <w:pPr>
        <w:pStyle w:val="Tijeloteksta"/>
      </w:pPr>
    </w:p>
    <w:p w14:paraId="4DE7429A" w14:textId="77777777" w:rsidR="00891713" w:rsidRDefault="00891713" w:rsidP="00891713">
      <w:pPr>
        <w:pStyle w:val="Tijeloteksta"/>
      </w:pPr>
    </w:p>
    <w:p w14:paraId="3BF2FA24" w14:textId="77777777" w:rsidR="00891713" w:rsidRDefault="00891713" w:rsidP="00891713">
      <w:pPr>
        <w:pStyle w:val="Tijeloteksta"/>
      </w:pPr>
    </w:p>
    <w:p w14:paraId="73731C01" w14:textId="77777777" w:rsidR="00891713" w:rsidRDefault="00891713" w:rsidP="00891713">
      <w:pPr>
        <w:pStyle w:val="Tijeloteksta"/>
      </w:pPr>
    </w:p>
    <w:p w14:paraId="220645E8" w14:textId="77777777" w:rsidR="00891713" w:rsidRDefault="00891713" w:rsidP="00891713">
      <w:pPr>
        <w:pStyle w:val="Tijeloteksta"/>
      </w:pPr>
    </w:p>
    <w:p w14:paraId="65B48C5A" w14:textId="77777777" w:rsidR="00891713" w:rsidRDefault="00891713" w:rsidP="00891713">
      <w:pPr>
        <w:pStyle w:val="Tijeloteksta"/>
      </w:pPr>
    </w:p>
    <w:p w14:paraId="5A7945F1" w14:textId="77777777" w:rsidR="00891713" w:rsidRDefault="00891713" w:rsidP="00891713">
      <w:pPr>
        <w:pStyle w:val="Tijeloteksta"/>
        <w:spacing w:before="82"/>
      </w:pPr>
    </w:p>
    <w:p w14:paraId="797D01F1" w14:textId="77777777" w:rsidR="00891713" w:rsidRDefault="00891713" w:rsidP="00891713">
      <w:pPr>
        <w:ind w:left="4" w:right="7"/>
        <w:jc w:val="center"/>
        <w:rPr>
          <w:sz w:val="23"/>
        </w:rPr>
      </w:pPr>
      <w:r>
        <w:rPr>
          <w:w w:val="105"/>
          <w:sz w:val="23"/>
        </w:rPr>
        <w:t>Travnik,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  <w:u w:val="single"/>
        </w:rPr>
        <w:t>21.</w:t>
      </w:r>
      <w:r>
        <w:rPr>
          <w:spacing w:val="-9"/>
          <w:w w:val="105"/>
          <w:sz w:val="23"/>
          <w:u w:val="single"/>
        </w:rPr>
        <w:t xml:space="preserve"> </w:t>
      </w:r>
      <w:r>
        <w:rPr>
          <w:w w:val="105"/>
          <w:sz w:val="23"/>
          <w:u w:val="single"/>
        </w:rPr>
        <w:t>09.</w:t>
      </w:r>
      <w:r>
        <w:rPr>
          <w:spacing w:val="-9"/>
          <w:w w:val="105"/>
          <w:sz w:val="23"/>
          <w:u w:val="single"/>
        </w:rPr>
        <w:t xml:space="preserve"> </w:t>
      </w:r>
      <w:r>
        <w:rPr>
          <w:spacing w:val="-2"/>
          <w:w w:val="105"/>
          <w:sz w:val="23"/>
          <w:u w:val="single"/>
        </w:rPr>
        <w:t>2026.godine.</w:t>
      </w:r>
    </w:p>
    <w:p w14:paraId="4BC0811F" w14:textId="77777777" w:rsidR="00891713" w:rsidRDefault="00891713" w:rsidP="00891713">
      <w:r>
        <w:br w:type="page"/>
      </w:r>
    </w:p>
    <w:p w14:paraId="332664CB" w14:textId="77777777" w:rsidR="00891713" w:rsidRDefault="00891713" w:rsidP="00891713">
      <w:pPr>
        <w:pStyle w:val="Naslov1"/>
      </w:pPr>
      <w:r>
        <w:lastRenderedPageBreak/>
        <w:t>1. OSNOVNI PODACI O PLANU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520"/>
      </w:tblGrid>
      <w:tr w:rsidR="00891713" w:rsidRPr="003E5D3E" w14:paraId="6DE3AFA0" w14:textId="77777777" w:rsidTr="000E02DF">
        <w:trPr>
          <w:jc w:val="center"/>
        </w:trPr>
        <w:tc>
          <w:tcPr>
            <w:tcW w:w="2551" w:type="dxa"/>
            <w:shd w:val="clear" w:color="auto" w:fill="D9EAF7"/>
            <w:vAlign w:val="center"/>
          </w:tcPr>
          <w:p w14:paraId="62F5941D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b/>
                <w:sz w:val="16"/>
                <w:szCs w:val="16"/>
              </w:rPr>
              <w:t>Podatak</w:t>
            </w:r>
            <w:proofErr w:type="spellEnd"/>
          </w:p>
        </w:tc>
        <w:tc>
          <w:tcPr>
            <w:tcW w:w="6520" w:type="dxa"/>
            <w:shd w:val="clear" w:color="auto" w:fill="D9EAF7"/>
            <w:vAlign w:val="center"/>
          </w:tcPr>
          <w:p w14:paraId="02400A9C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b/>
                <w:sz w:val="16"/>
                <w:szCs w:val="16"/>
              </w:rPr>
              <w:t>Sadržaj</w:t>
            </w:r>
            <w:proofErr w:type="spellEnd"/>
          </w:p>
        </w:tc>
      </w:tr>
      <w:tr w:rsidR="00891713" w:rsidRPr="003E5D3E" w14:paraId="2FC2B100" w14:textId="77777777" w:rsidTr="000E02DF">
        <w:trPr>
          <w:jc w:val="center"/>
        </w:trPr>
        <w:tc>
          <w:tcPr>
            <w:tcW w:w="2551" w:type="dxa"/>
            <w:vAlign w:val="center"/>
          </w:tcPr>
          <w:p w14:paraId="52D58CBB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Naziv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institucije</w:t>
            </w:r>
            <w:proofErr w:type="spellEnd"/>
          </w:p>
        </w:tc>
        <w:tc>
          <w:tcPr>
            <w:tcW w:w="6520" w:type="dxa"/>
            <w:vAlign w:val="center"/>
          </w:tcPr>
          <w:p w14:paraId="6584B939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 xml:space="preserve">JU </w:t>
            </w:r>
            <w:proofErr w:type="spellStart"/>
            <w:r w:rsidRPr="003E5D3E">
              <w:rPr>
                <w:sz w:val="16"/>
                <w:szCs w:val="16"/>
              </w:rPr>
              <w:t>Osnovna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muzička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škola</w:t>
            </w:r>
            <w:proofErr w:type="spellEnd"/>
            <w:r w:rsidRPr="003E5D3E">
              <w:rPr>
                <w:sz w:val="16"/>
                <w:szCs w:val="16"/>
              </w:rPr>
              <w:t xml:space="preserve"> Travnik</w:t>
            </w:r>
          </w:p>
        </w:tc>
      </w:tr>
      <w:tr w:rsidR="00891713" w:rsidRPr="003E5D3E" w14:paraId="73A1AACC" w14:textId="77777777" w:rsidTr="000E02DF">
        <w:trPr>
          <w:jc w:val="center"/>
        </w:trPr>
        <w:tc>
          <w:tcPr>
            <w:tcW w:w="2551" w:type="dxa"/>
            <w:vAlign w:val="center"/>
          </w:tcPr>
          <w:p w14:paraId="5B0D190D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Sjedište</w:t>
            </w:r>
            <w:proofErr w:type="spellEnd"/>
          </w:p>
        </w:tc>
        <w:tc>
          <w:tcPr>
            <w:tcW w:w="6520" w:type="dxa"/>
            <w:vAlign w:val="center"/>
          </w:tcPr>
          <w:p w14:paraId="2086EF93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 xml:space="preserve">Travnik, </w:t>
            </w:r>
            <w:proofErr w:type="spellStart"/>
            <w:r w:rsidRPr="003E5D3E">
              <w:rPr>
                <w:sz w:val="16"/>
                <w:szCs w:val="16"/>
              </w:rPr>
              <w:t>Srednjobosanski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kanton</w:t>
            </w:r>
            <w:proofErr w:type="spellEnd"/>
            <w:r w:rsidRPr="003E5D3E">
              <w:rPr>
                <w:sz w:val="16"/>
                <w:szCs w:val="16"/>
              </w:rPr>
              <w:t xml:space="preserve"> / Kanton </w:t>
            </w:r>
            <w:proofErr w:type="spellStart"/>
            <w:r w:rsidRPr="003E5D3E">
              <w:rPr>
                <w:sz w:val="16"/>
                <w:szCs w:val="16"/>
              </w:rPr>
              <w:t>Središnja</w:t>
            </w:r>
            <w:proofErr w:type="spellEnd"/>
            <w:r w:rsidRPr="003E5D3E">
              <w:rPr>
                <w:sz w:val="16"/>
                <w:szCs w:val="16"/>
              </w:rPr>
              <w:t xml:space="preserve"> Bosna</w:t>
            </w:r>
          </w:p>
        </w:tc>
      </w:tr>
      <w:tr w:rsidR="00891713" w:rsidRPr="003E5D3E" w14:paraId="44B0B743" w14:textId="77777777" w:rsidTr="000E02DF">
        <w:trPr>
          <w:jc w:val="center"/>
        </w:trPr>
        <w:tc>
          <w:tcPr>
            <w:tcW w:w="2551" w:type="dxa"/>
            <w:vAlign w:val="center"/>
          </w:tcPr>
          <w:p w14:paraId="1C22507E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>Status</w:t>
            </w:r>
          </w:p>
        </w:tc>
        <w:tc>
          <w:tcPr>
            <w:tcW w:w="6520" w:type="dxa"/>
            <w:vAlign w:val="center"/>
          </w:tcPr>
          <w:p w14:paraId="6B76B954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Javna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ustanova</w:t>
            </w:r>
            <w:proofErr w:type="spellEnd"/>
          </w:p>
        </w:tc>
      </w:tr>
      <w:tr w:rsidR="00891713" w:rsidRPr="003E5D3E" w14:paraId="2D9C429F" w14:textId="77777777" w:rsidTr="000E02DF">
        <w:trPr>
          <w:jc w:val="center"/>
        </w:trPr>
        <w:tc>
          <w:tcPr>
            <w:tcW w:w="2551" w:type="dxa"/>
            <w:vAlign w:val="center"/>
          </w:tcPr>
          <w:p w14:paraId="4A7366F9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>Oblast</w:t>
            </w:r>
          </w:p>
        </w:tc>
        <w:tc>
          <w:tcPr>
            <w:tcW w:w="6520" w:type="dxa"/>
            <w:vAlign w:val="center"/>
          </w:tcPr>
          <w:p w14:paraId="48422BEF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Osnovno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muzičko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obrazovanje</w:t>
            </w:r>
            <w:proofErr w:type="spellEnd"/>
          </w:p>
        </w:tc>
      </w:tr>
      <w:tr w:rsidR="00891713" w:rsidRPr="003E5D3E" w14:paraId="4CE008DC" w14:textId="77777777" w:rsidTr="000E02DF">
        <w:trPr>
          <w:jc w:val="center"/>
        </w:trPr>
        <w:tc>
          <w:tcPr>
            <w:tcW w:w="2551" w:type="dxa"/>
            <w:vAlign w:val="center"/>
          </w:tcPr>
          <w:p w14:paraId="5EB49C96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 xml:space="preserve">Period </w:t>
            </w:r>
            <w:proofErr w:type="spellStart"/>
            <w:r w:rsidRPr="003E5D3E">
              <w:rPr>
                <w:sz w:val="16"/>
                <w:szCs w:val="16"/>
              </w:rPr>
              <w:t>važenja</w:t>
            </w:r>
            <w:proofErr w:type="spellEnd"/>
          </w:p>
        </w:tc>
        <w:tc>
          <w:tcPr>
            <w:tcW w:w="6520" w:type="dxa"/>
            <w:vAlign w:val="center"/>
          </w:tcPr>
          <w:p w14:paraId="51E803A1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>2026–2029.</w:t>
            </w:r>
          </w:p>
        </w:tc>
      </w:tr>
      <w:tr w:rsidR="00891713" w:rsidRPr="003E5D3E" w14:paraId="27A3CB54" w14:textId="77777777" w:rsidTr="000E02DF">
        <w:trPr>
          <w:jc w:val="center"/>
        </w:trPr>
        <w:tc>
          <w:tcPr>
            <w:tcW w:w="2551" w:type="dxa"/>
            <w:vAlign w:val="center"/>
          </w:tcPr>
          <w:p w14:paraId="49C0C3CD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Rukovodilac</w:t>
            </w:r>
            <w:proofErr w:type="spellEnd"/>
          </w:p>
        </w:tc>
        <w:tc>
          <w:tcPr>
            <w:tcW w:w="6520" w:type="dxa"/>
            <w:vAlign w:val="center"/>
          </w:tcPr>
          <w:p w14:paraId="03246E30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Direktorica</w:t>
            </w:r>
            <w:proofErr w:type="spellEnd"/>
            <w:r w:rsidRPr="003E5D3E">
              <w:rPr>
                <w:sz w:val="16"/>
                <w:szCs w:val="16"/>
              </w:rPr>
              <w:t xml:space="preserve"> Zerina </w:t>
            </w:r>
            <w:proofErr w:type="spellStart"/>
            <w:r w:rsidRPr="003E5D3E">
              <w:rPr>
                <w:sz w:val="16"/>
                <w:szCs w:val="16"/>
              </w:rPr>
              <w:t>Zupurović</w:t>
            </w:r>
            <w:proofErr w:type="spellEnd"/>
          </w:p>
        </w:tc>
      </w:tr>
      <w:tr w:rsidR="00891713" w:rsidRPr="003E5D3E" w14:paraId="5BB6A04A" w14:textId="77777777" w:rsidTr="000E02DF">
        <w:trPr>
          <w:jc w:val="center"/>
        </w:trPr>
        <w:tc>
          <w:tcPr>
            <w:tcW w:w="2551" w:type="dxa"/>
            <w:vAlign w:val="center"/>
          </w:tcPr>
          <w:p w14:paraId="51BC2F95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Koordinator</w:t>
            </w:r>
            <w:proofErr w:type="spellEnd"/>
            <w:r w:rsidRPr="003E5D3E">
              <w:rPr>
                <w:sz w:val="16"/>
                <w:szCs w:val="16"/>
              </w:rPr>
              <w:t xml:space="preserve"> za </w:t>
            </w:r>
            <w:proofErr w:type="spellStart"/>
            <w:r w:rsidRPr="003E5D3E">
              <w:rPr>
                <w:sz w:val="16"/>
                <w:szCs w:val="16"/>
              </w:rPr>
              <w:t>integritet</w:t>
            </w:r>
            <w:proofErr w:type="spellEnd"/>
          </w:p>
        </w:tc>
        <w:tc>
          <w:tcPr>
            <w:tcW w:w="6520" w:type="dxa"/>
            <w:vAlign w:val="center"/>
          </w:tcPr>
          <w:p w14:paraId="3B7A3E59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 xml:space="preserve">Amar </w:t>
            </w:r>
            <w:proofErr w:type="spellStart"/>
            <w:r w:rsidRPr="003E5D3E">
              <w:rPr>
                <w:sz w:val="16"/>
                <w:szCs w:val="16"/>
              </w:rPr>
              <w:t>Alijagić</w:t>
            </w:r>
            <w:proofErr w:type="spellEnd"/>
            <w:r w:rsidRPr="003E5D3E">
              <w:rPr>
                <w:sz w:val="16"/>
                <w:szCs w:val="16"/>
              </w:rPr>
              <w:t xml:space="preserve">, </w:t>
            </w:r>
            <w:proofErr w:type="spellStart"/>
            <w:r w:rsidRPr="003E5D3E">
              <w:rPr>
                <w:sz w:val="16"/>
                <w:szCs w:val="16"/>
              </w:rPr>
              <w:t>sekretar</w:t>
            </w:r>
            <w:proofErr w:type="spellEnd"/>
          </w:p>
        </w:tc>
      </w:tr>
      <w:tr w:rsidR="00891713" w:rsidRPr="003E5D3E" w14:paraId="5249AF40" w14:textId="77777777" w:rsidTr="000E02DF">
        <w:trPr>
          <w:jc w:val="center"/>
        </w:trPr>
        <w:tc>
          <w:tcPr>
            <w:tcW w:w="2551" w:type="dxa"/>
            <w:vAlign w:val="center"/>
          </w:tcPr>
          <w:p w14:paraId="08302D6C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 xml:space="preserve">Organ </w:t>
            </w:r>
            <w:proofErr w:type="spellStart"/>
            <w:r w:rsidRPr="003E5D3E">
              <w:rPr>
                <w:sz w:val="16"/>
                <w:szCs w:val="16"/>
              </w:rPr>
              <w:t>nadležan</w:t>
            </w:r>
            <w:proofErr w:type="spellEnd"/>
            <w:r w:rsidRPr="003E5D3E">
              <w:rPr>
                <w:sz w:val="16"/>
                <w:szCs w:val="16"/>
              </w:rPr>
              <w:t xml:space="preserve"> za </w:t>
            </w:r>
            <w:proofErr w:type="spellStart"/>
            <w:r w:rsidRPr="003E5D3E">
              <w:rPr>
                <w:sz w:val="16"/>
                <w:szCs w:val="16"/>
              </w:rPr>
              <w:t>usvajanje</w:t>
            </w:r>
            <w:proofErr w:type="spellEnd"/>
          </w:p>
        </w:tc>
        <w:tc>
          <w:tcPr>
            <w:tcW w:w="6520" w:type="dxa"/>
            <w:vAlign w:val="center"/>
          </w:tcPr>
          <w:p w14:paraId="3B4B4959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Vlada</w:t>
            </w:r>
            <w:proofErr w:type="spellEnd"/>
            <w:r>
              <w:rPr>
                <w:sz w:val="16"/>
                <w:szCs w:val="16"/>
              </w:rPr>
              <w:t xml:space="preserve"> SBK-a</w:t>
            </w:r>
          </w:p>
        </w:tc>
      </w:tr>
      <w:tr w:rsidR="00891713" w:rsidRPr="003E5D3E" w14:paraId="65DF6597" w14:textId="77777777" w:rsidTr="000E02DF">
        <w:trPr>
          <w:jc w:val="center"/>
        </w:trPr>
        <w:tc>
          <w:tcPr>
            <w:tcW w:w="2551" w:type="dxa"/>
            <w:vAlign w:val="center"/>
          </w:tcPr>
          <w:p w14:paraId="6FD514DF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 xml:space="preserve">Datum </w:t>
            </w:r>
            <w:proofErr w:type="spellStart"/>
            <w:r w:rsidRPr="003E5D3E">
              <w:rPr>
                <w:sz w:val="16"/>
                <w:szCs w:val="16"/>
              </w:rPr>
              <w:t>usvajanja</w:t>
            </w:r>
            <w:proofErr w:type="spellEnd"/>
          </w:p>
        </w:tc>
        <w:tc>
          <w:tcPr>
            <w:tcW w:w="6520" w:type="dxa"/>
            <w:vAlign w:val="center"/>
          </w:tcPr>
          <w:p w14:paraId="5C8E9B0F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>____________________</w:t>
            </w:r>
          </w:p>
        </w:tc>
      </w:tr>
      <w:tr w:rsidR="00891713" w:rsidRPr="003E5D3E" w14:paraId="5346CDBF" w14:textId="77777777" w:rsidTr="000E02DF">
        <w:trPr>
          <w:jc w:val="center"/>
        </w:trPr>
        <w:tc>
          <w:tcPr>
            <w:tcW w:w="2551" w:type="dxa"/>
            <w:vAlign w:val="center"/>
          </w:tcPr>
          <w:p w14:paraId="46493536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proofErr w:type="spellStart"/>
            <w:r w:rsidRPr="003E5D3E">
              <w:rPr>
                <w:sz w:val="16"/>
                <w:szCs w:val="16"/>
              </w:rPr>
              <w:t>Broj</w:t>
            </w:r>
            <w:proofErr w:type="spellEnd"/>
            <w:r w:rsidRPr="003E5D3E">
              <w:rPr>
                <w:sz w:val="16"/>
                <w:szCs w:val="16"/>
              </w:rPr>
              <w:t xml:space="preserve"> </w:t>
            </w:r>
            <w:proofErr w:type="spellStart"/>
            <w:r w:rsidRPr="003E5D3E">
              <w:rPr>
                <w:sz w:val="16"/>
                <w:szCs w:val="16"/>
              </w:rPr>
              <w:t>odluke</w:t>
            </w:r>
            <w:proofErr w:type="spellEnd"/>
          </w:p>
        </w:tc>
        <w:tc>
          <w:tcPr>
            <w:tcW w:w="6520" w:type="dxa"/>
            <w:vAlign w:val="center"/>
          </w:tcPr>
          <w:p w14:paraId="018B2CEA" w14:textId="77777777" w:rsidR="00891713" w:rsidRPr="003E5D3E" w:rsidRDefault="00891713" w:rsidP="000E02DF">
            <w:pPr>
              <w:rPr>
                <w:sz w:val="16"/>
                <w:szCs w:val="16"/>
              </w:rPr>
            </w:pPr>
            <w:r w:rsidRPr="003E5D3E">
              <w:rPr>
                <w:sz w:val="16"/>
                <w:szCs w:val="16"/>
              </w:rPr>
              <w:t>____________________</w:t>
            </w:r>
          </w:p>
        </w:tc>
      </w:tr>
    </w:tbl>
    <w:p w14:paraId="1140C00D" w14:textId="77777777" w:rsidR="00A577E8" w:rsidRDefault="00FA2A60">
      <w:pPr>
        <w:pStyle w:val="Naslov1"/>
      </w:pPr>
      <w:r>
        <w:t>2. SADRŽAJ</w:t>
      </w:r>
    </w:p>
    <w:p w14:paraId="7C146166" w14:textId="77777777" w:rsidR="00A577E8" w:rsidRDefault="00FA2A60">
      <w:r>
        <w:t xml:space="preserve">1. 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Planu</w:t>
      </w:r>
      <w:proofErr w:type="spellEnd"/>
    </w:p>
    <w:p w14:paraId="34E98C7A" w14:textId="77777777" w:rsidR="00A577E8" w:rsidRDefault="00FA2A60">
      <w:r>
        <w:t xml:space="preserve">2. </w:t>
      </w:r>
      <w:proofErr w:type="spellStart"/>
      <w:r>
        <w:t>Sadržaj</w:t>
      </w:r>
      <w:proofErr w:type="spellEnd"/>
    </w:p>
    <w:p w14:paraId="7EBEF910" w14:textId="77777777" w:rsidR="00A577E8" w:rsidRDefault="00FA2A60">
      <w:r>
        <w:t xml:space="preserve">3. </w:t>
      </w:r>
      <w:proofErr w:type="spellStart"/>
      <w:r>
        <w:t>Uvod</w:t>
      </w:r>
      <w:proofErr w:type="spellEnd"/>
    </w:p>
    <w:p w14:paraId="7F65C55B" w14:textId="77777777" w:rsidR="00A577E8" w:rsidRDefault="00FA2A60">
      <w:r>
        <w:t xml:space="preserve">4.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institucionalni</w:t>
      </w:r>
      <w:proofErr w:type="spellEnd"/>
      <w:r>
        <w:t xml:space="preserve"> </w:t>
      </w:r>
      <w:proofErr w:type="spellStart"/>
      <w:r>
        <w:t>okvir</w:t>
      </w:r>
      <w:proofErr w:type="spellEnd"/>
    </w:p>
    <w:p w14:paraId="7E513FA6" w14:textId="77777777" w:rsidR="00A577E8" w:rsidRDefault="00FA2A60">
      <w:r>
        <w:t xml:space="preserve">5. </w:t>
      </w:r>
      <w:proofErr w:type="spellStart"/>
      <w:r>
        <w:t>Svrha</w:t>
      </w:r>
      <w:proofErr w:type="spellEnd"/>
      <w:r>
        <w:t xml:space="preserve">,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</w:t>
      </w:r>
      <w:proofErr w:type="spellStart"/>
      <w:r>
        <w:t>integriteta</w:t>
      </w:r>
      <w:proofErr w:type="spellEnd"/>
    </w:p>
    <w:p w14:paraId="0E03AC6F" w14:textId="77777777" w:rsidR="00A577E8" w:rsidRDefault="00FA2A60">
      <w:r>
        <w:t xml:space="preserve">6.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</w:p>
    <w:p w14:paraId="3DFACBCE" w14:textId="77777777" w:rsidR="00A577E8" w:rsidRDefault="00FA2A60">
      <w:r>
        <w:t xml:space="preserve">7. </w:t>
      </w:r>
      <w:proofErr w:type="spellStart"/>
      <w:r>
        <w:t>Metodologija</w:t>
      </w:r>
      <w:proofErr w:type="spellEnd"/>
      <w:r>
        <w:t xml:space="preserve"> </w:t>
      </w:r>
      <w:proofErr w:type="spellStart"/>
      <w:r>
        <w:t>procjene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5969817D" w14:textId="77777777" w:rsidR="00A577E8" w:rsidRDefault="00FA2A60">
      <w:r>
        <w:t xml:space="preserve">8. </w:t>
      </w:r>
      <w:proofErr w:type="spellStart"/>
      <w:r>
        <w:t>Kriteriji</w:t>
      </w:r>
      <w:proofErr w:type="spellEnd"/>
      <w:r>
        <w:t xml:space="preserve"> za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matrica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3F998894" w14:textId="2D3D4792" w:rsidR="00A577E8" w:rsidRDefault="00FA2A60">
      <w:r>
        <w:t xml:space="preserve">9.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procijenjenih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– </w:t>
      </w:r>
      <w:r w:rsidR="00F847A4">
        <w:t>25</w:t>
      </w:r>
      <w:r>
        <w:t xml:space="preserve"> </w:t>
      </w:r>
      <w:proofErr w:type="spellStart"/>
      <w:r>
        <w:t>konkretnih</w:t>
      </w:r>
      <w:proofErr w:type="spellEnd"/>
      <w:r>
        <w:t xml:space="preserve"> </w:t>
      </w:r>
      <w:proofErr w:type="spellStart"/>
      <w:r>
        <w:t>rizika</w:t>
      </w:r>
      <w:proofErr w:type="spellEnd"/>
    </w:p>
    <w:p w14:paraId="00196C63" w14:textId="77777777" w:rsidR="00A577E8" w:rsidRDefault="00FA2A60">
      <w:r>
        <w:t xml:space="preserve">10. Plan </w:t>
      </w:r>
      <w:proofErr w:type="spellStart"/>
      <w:r>
        <w:t>mjera</w:t>
      </w:r>
      <w:proofErr w:type="spellEnd"/>
      <w:r>
        <w:t xml:space="preserve"> za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integriteta</w:t>
      </w:r>
      <w:proofErr w:type="spellEnd"/>
    </w:p>
    <w:p w14:paraId="6A5FC48A" w14:textId="77777777" w:rsidR="00A577E8" w:rsidRDefault="00FA2A60">
      <w:r>
        <w:t xml:space="preserve">11. </w:t>
      </w:r>
      <w:proofErr w:type="spellStart"/>
      <w:r>
        <w:t>Mehanizmi</w:t>
      </w:r>
      <w:proofErr w:type="spellEnd"/>
      <w:r>
        <w:t xml:space="preserve"> </w:t>
      </w:r>
      <w:proofErr w:type="spellStart"/>
      <w:r>
        <w:t>prijavljivanja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prijavitelja</w:t>
      </w:r>
      <w:proofErr w:type="spellEnd"/>
    </w:p>
    <w:p w14:paraId="7703D346" w14:textId="77777777" w:rsidR="00A577E8" w:rsidRDefault="00FA2A60">
      <w:r>
        <w:t xml:space="preserve">12. </w:t>
      </w:r>
      <w:proofErr w:type="spellStart"/>
      <w:r>
        <w:t>Sukob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pokloni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pogodnosti</w:t>
      </w:r>
      <w:proofErr w:type="spellEnd"/>
    </w:p>
    <w:p w14:paraId="68CD168B" w14:textId="77777777" w:rsidR="00A577E8" w:rsidRDefault="00FA2A60">
      <w:r>
        <w:t xml:space="preserve">13. </w:t>
      </w:r>
      <w:proofErr w:type="spellStart"/>
      <w:r>
        <w:t>Transparentnost</w:t>
      </w:r>
      <w:proofErr w:type="spellEnd"/>
      <w:r>
        <w:t xml:space="preserve">, </w:t>
      </w:r>
      <w:proofErr w:type="spellStart"/>
      <w:r>
        <w:t>javnost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1EE6C4EA" w14:textId="77777777" w:rsidR="00A577E8" w:rsidRDefault="00FA2A60">
      <w:r>
        <w:t xml:space="preserve">14. </w:t>
      </w:r>
      <w:proofErr w:type="spellStart"/>
      <w:r>
        <w:t>Praćenje</w:t>
      </w:r>
      <w:proofErr w:type="spellEnd"/>
      <w:r>
        <w:t xml:space="preserve">, </w:t>
      </w:r>
      <w:proofErr w:type="spellStart"/>
      <w:r>
        <w:t>izvještavanje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ažuriranje</w:t>
      </w:r>
      <w:proofErr w:type="spellEnd"/>
      <w:r>
        <w:t xml:space="preserve"> Plana</w:t>
      </w:r>
    </w:p>
    <w:p w14:paraId="728F0688" w14:textId="200C2FA6" w:rsidR="00A577E8" w:rsidRDefault="00FA2A60">
      <w:r>
        <w:t xml:space="preserve">15. </w:t>
      </w:r>
      <w:proofErr w:type="spellStart"/>
      <w:r>
        <w:t>Završne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73FA8BC9" w14:textId="77777777" w:rsidR="00A577E8" w:rsidRDefault="00FA2A60">
      <w:r>
        <w:br w:type="page"/>
      </w:r>
    </w:p>
    <w:p w14:paraId="6DD18BF0" w14:textId="77777777" w:rsidR="00A577E8" w:rsidRDefault="00FA2A60">
      <w:pPr>
        <w:pStyle w:val="Naslov1"/>
      </w:pPr>
      <w:r>
        <w:lastRenderedPageBreak/>
        <w:t>3. UVOD</w:t>
      </w:r>
    </w:p>
    <w:p w14:paraId="1AF26203" w14:textId="77777777" w:rsidR="00A577E8" w:rsidRDefault="00FA2A60">
      <w:r>
        <w:t xml:space="preserve">Plan </w:t>
      </w:r>
      <w:proofErr w:type="spellStart"/>
      <w:r>
        <w:t>integriteta</w:t>
      </w:r>
      <w:proofErr w:type="spellEnd"/>
      <w:r>
        <w:t xml:space="preserve"> JU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muzička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Travnik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interni</w:t>
      </w:r>
      <w:proofErr w:type="spellEnd"/>
      <w:r>
        <w:t xml:space="preserve"> </w:t>
      </w:r>
      <w:proofErr w:type="spellStart"/>
      <w:r>
        <w:t>preventivni</w:t>
      </w:r>
      <w:proofErr w:type="spellEnd"/>
      <w:r>
        <w:t xml:space="preserve"> instrument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sistemski</w:t>
      </w:r>
      <w:proofErr w:type="spellEnd"/>
      <w:r>
        <w:t xml:space="preserve"> </w:t>
      </w:r>
      <w:proofErr w:type="spellStart"/>
      <w:r>
        <w:t>identificiraju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,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nepotizma</w:t>
      </w:r>
      <w:proofErr w:type="spellEnd"/>
      <w:r>
        <w:t xml:space="preserve">, </w:t>
      </w:r>
      <w:proofErr w:type="spellStart"/>
      <w:r>
        <w:t>pogodovanja</w:t>
      </w:r>
      <w:proofErr w:type="spellEnd"/>
      <w:r>
        <w:t xml:space="preserve">,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ovlaštenja</w:t>
      </w:r>
      <w:proofErr w:type="spellEnd"/>
      <w:r>
        <w:t xml:space="preserve">,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neetičnog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. Plan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rizici</w:t>
      </w:r>
      <w:proofErr w:type="spellEnd"/>
      <w:r>
        <w:t xml:space="preserve"> </w:t>
      </w:r>
      <w:proofErr w:type="spellStart"/>
      <w:r>
        <w:t>smanjuju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>.</w:t>
      </w:r>
    </w:p>
    <w:p w14:paraId="5FA6CF40" w14:textId="757AF79E" w:rsidR="00A577E8" w:rsidRDefault="00FA2A60">
      <w:r>
        <w:t xml:space="preserve">Plan je </w:t>
      </w:r>
      <w:proofErr w:type="spellStart"/>
      <w:r>
        <w:t>koncipiran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strukturi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institucija</w:t>
      </w:r>
      <w:proofErr w:type="spellEnd"/>
      <w:r>
        <w:t xml:space="preserve"> u SBK/KSB. </w:t>
      </w:r>
      <w:proofErr w:type="spellStart"/>
      <w:r>
        <w:t>Vlada</w:t>
      </w:r>
      <w:proofErr w:type="spellEnd"/>
      <w:r>
        <w:t xml:space="preserve"> SBK/KSB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strateškom</w:t>
      </w:r>
      <w:proofErr w:type="spellEnd"/>
      <w:r>
        <w:t xml:space="preserve"> </w:t>
      </w:r>
      <w:proofErr w:type="spellStart"/>
      <w:r>
        <w:t>okviru</w:t>
      </w:r>
      <w:proofErr w:type="spellEnd"/>
      <w:r>
        <w:t xml:space="preserve"> za period 2025–2030. </w:t>
      </w:r>
      <w:proofErr w:type="spellStart"/>
      <w:r>
        <w:t>naglašava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imenovanje</w:t>
      </w:r>
      <w:proofErr w:type="spellEnd"/>
      <w:r>
        <w:t xml:space="preserve"> </w:t>
      </w:r>
      <w:proofErr w:type="spellStart"/>
      <w:r>
        <w:t>odgovornih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, </w:t>
      </w:r>
      <w:proofErr w:type="spellStart"/>
      <w:r>
        <w:t>internu</w:t>
      </w:r>
      <w:proofErr w:type="spellEnd"/>
      <w:r>
        <w:t xml:space="preserve"> </w:t>
      </w:r>
      <w:proofErr w:type="spellStart"/>
      <w:r>
        <w:t>kontrolu</w:t>
      </w:r>
      <w:proofErr w:type="spellEnd"/>
      <w:r>
        <w:t xml:space="preserve">, </w:t>
      </w:r>
      <w:proofErr w:type="spellStart"/>
      <w:r>
        <w:t>transparentnost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kulturu </w:t>
      </w:r>
      <w:proofErr w:type="spellStart"/>
      <w:r>
        <w:t>etičnosti</w:t>
      </w:r>
      <w:proofErr w:type="spellEnd"/>
      <w:r>
        <w:t xml:space="preserve">. </w:t>
      </w:r>
    </w:p>
    <w:p w14:paraId="1D69B301" w14:textId="77777777" w:rsidR="00A577E8" w:rsidRDefault="00FA2A60">
      <w:r>
        <w:t xml:space="preserve">Za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u SBK </w:t>
      </w:r>
      <w:proofErr w:type="spellStart"/>
      <w:r>
        <w:t>relevantan</w:t>
      </w:r>
      <w:proofErr w:type="spellEnd"/>
      <w:r>
        <w:t xml:space="preserve"> je </w:t>
      </w:r>
      <w:proofErr w:type="spellStart"/>
      <w:r>
        <w:t>Zakon</w:t>
      </w:r>
      <w:proofErr w:type="spellEnd"/>
      <w:r>
        <w:t xml:space="preserve"> o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, koji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 </w:t>
      </w:r>
      <w:proofErr w:type="spellStart"/>
      <w:r>
        <w:t>muzičke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da je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odgoj</w:t>
      </w:r>
      <w:proofErr w:type="spellEnd"/>
      <w:r>
        <w:t xml:space="preserve"> </w:t>
      </w:r>
      <w:proofErr w:type="spellStart"/>
      <w:r>
        <w:t>djelatnost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. U </w:t>
      </w:r>
      <w:proofErr w:type="spellStart"/>
      <w:r>
        <w:t>praksi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za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muzičke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Kantonu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propisi</w:t>
      </w:r>
      <w:proofErr w:type="spellEnd"/>
      <w:r>
        <w:t xml:space="preserve"> o </w:t>
      </w:r>
      <w:proofErr w:type="spellStart"/>
      <w:r>
        <w:t>prijemu</w:t>
      </w:r>
      <w:proofErr w:type="spellEnd"/>
      <w:r>
        <w:t xml:space="preserve"> u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sektor</w:t>
      </w:r>
      <w:proofErr w:type="spellEnd"/>
      <w:r>
        <w:t xml:space="preserve">, </w:t>
      </w:r>
      <w:proofErr w:type="spellStart"/>
      <w:r>
        <w:t>Zakon</w:t>
      </w:r>
      <w:proofErr w:type="spellEnd"/>
      <w:r>
        <w:t xml:space="preserve"> o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, </w:t>
      </w:r>
      <w:proofErr w:type="spellStart"/>
      <w:r>
        <w:t>pedagoški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za </w:t>
      </w:r>
      <w:proofErr w:type="spellStart"/>
      <w:r>
        <w:t>muzičke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7B04DE4A" w14:textId="77777777" w:rsidR="00A577E8" w:rsidRDefault="00FA2A60">
      <w:proofErr w:type="spellStart"/>
      <w:r>
        <w:t>Ovaj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zamjena</w:t>
      </w:r>
      <w:proofErr w:type="spellEnd"/>
      <w:r>
        <w:t xml:space="preserve"> za </w:t>
      </w:r>
      <w:proofErr w:type="spellStart"/>
      <w:r>
        <w:t>zakone</w:t>
      </w:r>
      <w:proofErr w:type="spellEnd"/>
      <w:r>
        <w:t xml:space="preserve">, </w:t>
      </w:r>
      <w:proofErr w:type="spellStart"/>
      <w:r>
        <w:t>podzakonske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,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pravilnike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organa.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nesaglasnosti</w:t>
      </w:r>
      <w:proofErr w:type="spellEnd"/>
      <w:r>
        <w:t xml:space="preserve">,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snage</w:t>
      </w:r>
      <w:proofErr w:type="spellEnd"/>
      <w:r>
        <w:t>.</w:t>
      </w:r>
    </w:p>
    <w:p w14:paraId="04D0AE2E" w14:textId="77777777" w:rsidR="00A577E8" w:rsidRDefault="00FA2A60">
      <w:pPr>
        <w:pStyle w:val="Naslov1"/>
      </w:pPr>
      <w:r>
        <w:t>4. PRAVNI I INSTITUCIONALNI OKVIR</w:t>
      </w:r>
    </w:p>
    <w:p w14:paraId="54B6C066" w14:textId="77777777" w:rsidR="00A577E8" w:rsidRDefault="00FA2A60">
      <w:pPr>
        <w:pStyle w:val="Grafikeoznake"/>
        <w:spacing w:after="40"/>
      </w:pPr>
      <w:proofErr w:type="spellStart"/>
      <w:r>
        <w:t>Zakon</w:t>
      </w:r>
      <w:proofErr w:type="spellEnd"/>
      <w:r>
        <w:t xml:space="preserve"> o </w:t>
      </w:r>
      <w:proofErr w:type="spellStart"/>
      <w:r>
        <w:t>osnovnoj</w:t>
      </w:r>
      <w:proofErr w:type="spellEnd"/>
      <w:r>
        <w:t xml:space="preserve"> </w:t>
      </w:r>
      <w:proofErr w:type="spellStart"/>
      <w:r>
        <w:t>školi</w:t>
      </w:r>
      <w:proofErr w:type="spellEnd"/>
      <w:r>
        <w:t xml:space="preserve"> </w:t>
      </w:r>
      <w:proofErr w:type="spellStart"/>
      <w:r>
        <w:t>Srednjobosanskog</w:t>
      </w:r>
      <w:proofErr w:type="spellEnd"/>
      <w:r>
        <w:t xml:space="preserve"> </w:t>
      </w:r>
      <w:proofErr w:type="spellStart"/>
      <w:r>
        <w:t>kantona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izmjenama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usvajanja</w:t>
      </w:r>
      <w:proofErr w:type="spellEnd"/>
      <w:r>
        <w:t xml:space="preserve"> Plana.</w:t>
      </w:r>
    </w:p>
    <w:p w14:paraId="01FFF0E9" w14:textId="77777777" w:rsidR="00A577E8" w:rsidRDefault="00FA2A60">
      <w:pPr>
        <w:pStyle w:val="Grafikeoznake"/>
        <w:spacing w:after="40"/>
      </w:pPr>
      <w:proofErr w:type="spellStart"/>
      <w:r>
        <w:t>Propisi</w:t>
      </w:r>
      <w:proofErr w:type="spellEnd"/>
      <w:r>
        <w:t xml:space="preserve"> SBK/KSB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prijem</w:t>
      </w:r>
      <w:proofErr w:type="spellEnd"/>
      <w:r>
        <w:t xml:space="preserve"> u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u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sektoru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>.</w:t>
      </w:r>
    </w:p>
    <w:p w14:paraId="52C9C4AE" w14:textId="77777777" w:rsidR="00A577E8" w:rsidRDefault="00FA2A60">
      <w:pPr>
        <w:pStyle w:val="Grafikeoznake"/>
        <w:spacing w:after="40"/>
      </w:pPr>
      <w:proofErr w:type="spellStart"/>
      <w:r>
        <w:t>Pedagoški</w:t>
      </w:r>
      <w:proofErr w:type="spellEnd"/>
      <w:r>
        <w:t xml:space="preserve"> </w:t>
      </w:r>
      <w:proofErr w:type="spellStart"/>
      <w:r>
        <w:t>standardi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normativi</w:t>
      </w:r>
      <w:proofErr w:type="spellEnd"/>
      <w:r>
        <w:t xml:space="preserve"> za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koji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SBK/KSB.</w:t>
      </w:r>
    </w:p>
    <w:p w14:paraId="218B1D3C" w14:textId="77777777" w:rsidR="00A577E8" w:rsidRDefault="00FA2A60">
      <w:pPr>
        <w:pStyle w:val="Grafikeoznake"/>
        <w:spacing w:after="40"/>
      </w:pPr>
      <w:proofErr w:type="spellStart"/>
      <w:r>
        <w:t>Nastavni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za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muzičke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>.</w:t>
      </w:r>
    </w:p>
    <w:p w14:paraId="70ED3EFE" w14:textId="77777777" w:rsidR="00A577E8" w:rsidRDefault="00FA2A60">
      <w:pPr>
        <w:pStyle w:val="Grafikeoznake"/>
        <w:spacing w:after="40"/>
      </w:pPr>
      <w:proofErr w:type="spellStart"/>
      <w:r>
        <w:t>Propisi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interni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nabavki</w:t>
      </w:r>
      <w:proofErr w:type="spellEnd"/>
      <w:r>
        <w:t>.</w:t>
      </w:r>
    </w:p>
    <w:p w14:paraId="589678F4" w14:textId="77777777" w:rsidR="00A577E8" w:rsidRDefault="00FA2A60">
      <w:pPr>
        <w:pStyle w:val="Grafikeoznake"/>
        <w:spacing w:after="40"/>
      </w:pPr>
      <w:proofErr w:type="spellStart"/>
      <w:r>
        <w:t>Propisi</w:t>
      </w:r>
      <w:proofErr w:type="spellEnd"/>
      <w:r>
        <w:t xml:space="preserve"> o </w:t>
      </w:r>
      <w:proofErr w:type="spellStart"/>
      <w:r>
        <w:t>budžetima</w:t>
      </w:r>
      <w:proofErr w:type="spellEnd"/>
      <w:r>
        <w:t xml:space="preserve">, </w:t>
      </w:r>
      <w:proofErr w:type="spellStart"/>
      <w:r>
        <w:t>finansijskom</w:t>
      </w:r>
      <w:proofErr w:type="spellEnd"/>
      <w:r>
        <w:t xml:space="preserve"> </w:t>
      </w:r>
      <w:proofErr w:type="spellStart"/>
      <w:r>
        <w:t>poslovanju</w:t>
      </w:r>
      <w:proofErr w:type="spellEnd"/>
      <w:r>
        <w:t xml:space="preserve">, </w:t>
      </w:r>
      <w:proofErr w:type="spellStart"/>
      <w:r>
        <w:t>računovodstvu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fiskalnoj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koji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>.</w:t>
      </w:r>
    </w:p>
    <w:p w14:paraId="1FAB0B06" w14:textId="77777777" w:rsidR="00A577E8" w:rsidRDefault="00FA2A60">
      <w:pPr>
        <w:pStyle w:val="Grafikeoznake"/>
        <w:spacing w:after="40"/>
      </w:pPr>
      <w:proofErr w:type="spellStart"/>
      <w:r>
        <w:t>Propisi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pristupu</w:t>
      </w:r>
      <w:proofErr w:type="spellEnd"/>
      <w:r>
        <w:t xml:space="preserve"> </w:t>
      </w:r>
      <w:proofErr w:type="spellStart"/>
      <w:r>
        <w:t>informacijama</w:t>
      </w:r>
      <w:proofErr w:type="spellEnd"/>
      <w:r>
        <w:t>.</w:t>
      </w:r>
    </w:p>
    <w:p w14:paraId="7FD2AB9C" w14:textId="77777777" w:rsidR="00A577E8" w:rsidRDefault="00FA2A60">
      <w:pPr>
        <w:pStyle w:val="Grafikeoznake"/>
        <w:spacing w:after="40"/>
      </w:pPr>
      <w:proofErr w:type="spellStart"/>
      <w:r>
        <w:t>Propisi</w:t>
      </w:r>
      <w:proofErr w:type="spellEnd"/>
      <w:r>
        <w:t xml:space="preserve"> o </w:t>
      </w:r>
      <w:proofErr w:type="spellStart"/>
      <w:r>
        <w:t>prijavljivanju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>/</w:t>
      </w:r>
      <w:proofErr w:type="spellStart"/>
      <w:r>
        <w:t>nepravilnosti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prijavitelja</w:t>
      </w:r>
      <w:proofErr w:type="spellEnd"/>
      <w:r>
        <w:t xml:space="preserve"> koji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školu</w:t>
      </w:r>
      <w:proofErr w:type="spellEnd"/>
      <w:r>
        <w:t>.</w:t>
      </w:r>
    </w:p>
    <w:p w14:paraId="500E75FC" w14:textId="77777777" w:rsidR="00A577E8" w:rsidRDefault="00FA2A60">
      <w:pPr>
        <w:pStyle w:val="Grafikeoznake"/>
        <w:spacing w:after="40"/>
      </w:pPr>
      <w:proofErr w:type="spellStart"/>
      <w:r>
        <w:t>Statut</w:t>
      </w:r>
      <w:proofErr w:type="spellEnd"/>
      <w:r>
        <w:t xml:space="preserve"> JU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muzička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Travnik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interni</w:t>
      </w:r>
      <w:proofErr w:type="spellEnd"/>
      <w:r>
        <w:t xml:space="preserve"> </w:t>
      </w:r>
      <w:proofErr w:type="spellStart"/>
      <w:r>
        <w:t>akti</w:t>
      </w:r>
      <w:proofErr w:type="spellEnd"/>
      <w:r>
        <w:t xml:space="preserve"> </w:t>
      </w:r>
      <w:proofErr w:type="spellStart"/>
      <w:r>
        <w:t>škole</w:t>
      </w:r>
      <w:proofErr w:type="spellEnd"/>
      <w:r>
        <w:t>.</w:t>
      </w:r>
    </w:p>
    <w:p w14:paraId="55D11731" w14:textId="77777777" w:rsidR="00A577E8" w:rsidRDefault="00FA2A60">
      <w:pPr>
        <w:pStyle w:val="Grafikeoznake"/>
        <w:spacing w:after="40"/>
      </w:pPr>
      <w:proofErr w:type="spellStart"/>
      <w:r>
        <w:t>Strategija</w:t>
      </w:r>
      <w:proofErr w:type="spellEnd"/>
      <w:r>
        <w:t xml:space="preserve"> za </w:t>
      </w:r>
      <w:proofErr w:type="spellStart"/>
      <w:r>
        <w:t>borbu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 SBK/KSB 2025–2030. </w:t>
      </w:r>
      <w:proofErr w:type="spellStart"/>
      <w:r>
        <w:t>i</w:t>
      </w:r>
      <w:proofErr w:type="spellEnd"/>
      <w:r>
        <w:t xml:space="preserve"> </w:t>
      </w:r>
      <w:proofErr w:type="spellStart"/>
      <w:r>
        <w:t>relevantni</w:t>
      </w:r>
      <w:proofErr w:type="spellEnd"/>
      <w:r>
        <w:t xml:space="preserve"> </w:t>
      </w:r>
      <w:proofErr w:type="spellStart"/>
      <w:r>
        <w:t>akcioni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, u </w:t>
      </w:r>
      <w:proofErr w:type="spellStart"/>
      <w:r>
        <w:t>dijelu</w:t>
      </w:r>
      <w:proofErr w:type="spellEnd"/>
      <w:r>
        <w:t xml:space="preserve"> koji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.</w:t>
      </w:r>
    </w:p>
    <w:p w14:paraId="51739A0D" w14:textId="19D5A1CE" w:rsidR="00A577E8" w:rsidRDefault="00FA2A60">
      <w:r>
        <w:t>PRAVNI I METODOLOŠKI OSNOV ZA IZRADU PLANA INTEGRITETA</w:t>
      </w:r>
      <w:r>
        <w:br/>
      </w:r>
      <w:r>
        <w:br/>
        <w:t xml:space="preserve">Plan </w:t>
      </w:r>
      <w:proofErr w:type="spellStart"/>
      <w:r>
        <w:t>integriteta</w:t>
      </w:r>
      <w:proofErr w:type="spellEnd"/>
      <w:r>
        <w:t xml:space="preserve"> JU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muzička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Travnik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važećih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, </w:t>
      </w:r>
      <w:proofErr w:type="spellStart"/>
      <w:r>
        <w:t>Federacije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Srednjobosanskog</w:t>
      </w:r>
      <w:proofErr w:type="spellEnd"/>
      <w:r>
        <w:t xml:space="preserve"> </w:t>
      </w:r>
      <w:proofErr w:type="spellStart"/>
      <w:r>
        <w:t>kantona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uređuju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,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osnovnog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,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nabavki</w:t>
      </w:r>
      <w:proofErr w:type="spellEnd"/>
      <w:r>
        <w:t xml:space="preserve">,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  <w:r>
        <w:br/>
      </w:r>
      <w:r>
        <w:br/>
      </w:r>
      <w:proofErr w:type="spellStart"/>
      <w:r>
        <w:t>Poseban</w:t>
      </w:r>
      <w:proofErr w:type="spellEnd"/>
      <w:r>
        <w:t xml:space="preserve"> </w:t>
      </w:r>
      <w:proofErr w:type="spellStart"/>
      <w:r>
        <w:t>kantonalni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u </w:t>
      </w:r>
      <w:proofErr w:type="spellStart"/>
      <w:r>
        <w:t>institucijama</w:t>
      </w:r>
      <w:proofErr w:type="spellEnd"/>
      <w:r w:rsidR="00891713">
        <w:t xml:space="preserve"> </w:t>
      </w:r>
      <w:proofErr w:type="spellStart"/>
      <w:r w:rsidR="00891713">
        <w:t>Srednjobosanskog</w:t>
      </w:r>
      <w:proofErr w:type="spellEnd"/>
      <w:r>
        <w:t xml:space="preserve"> </w:t>
      </w:r>
      <w:proofErr w:type="spellStart"/>
      <w:r>
        <w:t>Kantona</w:t>
      </w:r>
      <w:proofErr w:type="spellEnd"/>
      <w:r>
        <w:t xml:space="preserve"> za </w:t>
      </w:r>
      <w:proofErr w:type="spellStart"/>
      <w:r>
        <w:t>prevenciju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o </w:t>
      </w:r>
      <w:proofErr w:type="spellStart"/>
      <w:r>
        <w:t>kriterijima</w:t>
      </w:r>
      <w:proofErr w:type="spellEnd"/>
      <w:r>
        <w:t xml:space="preserve"> </w:t>
      </w:r>
      <w:proofErr w:type="spellStart"/>
      <w:r>
        <w:t>odabira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obvezama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(„</w:t>
      </w:r>
      <w:proofErr w:type="spellStart"/>
      <w:r>
        <w:t>Službene</w:t>
      </w:r>
      <w:proofErr w:type="spellEnd"/>
      <w:r>
        <w:t xml:space="preserve"> novine SBK/KSB“, </w:t>
      </w:r>
      <w:proofErr w:type="spellStart"/>
      <w:r>
        <w:t>broj</w:t>
      </w:r>
      <w:proofErr w:type="spellEnd"/>
      <w:r>
        <w:t xml:space="preserve"> 8/2022).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,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Kanton, a </w:t>
      </w:r>
      <w:proofErr w:type="spellStart"/>
      <w:r>
        <w:t>osobi</w:t>
      </w:r>
      <w:proofErr w:type="spellEnd"/>
      <w:r>
        <w:t xml:space="preserve"> za </w:t>
      </w:r>
      <w:proofErr w:type="spellStart"/>
      <w:r>
        <w:t>kontakt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da, </w:t>
      </w:r>
      <w:proofErr w:type="spellStart"/>
      <w:r>
        <w:t>uz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lastRenderedPageBreak/>
        <w:t>institucije</w:t>
      </w:r>
      <w:proofErr w:type="spellEnd"/>
      <w:r>
        <w:t xml:space="preserve">, </w:t>
      </w:r>
      <w:proofErr w:type="spellStart"/>
      <w:r>
        <w:t>organizira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plana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izvještava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Tim za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>.</w:t>
      </w:r>
      <w:r>
        <w:br/>
      </w:r>
      <w:r>
        <w:br/>
        <w:t xml:space="preserve">U </w:t>
      </w:r>
      <w:proofErr w:type="spellStart"/>
      <w:r>
        <w:t>metodološkom</w:t>
      </w:r>
      <w:proofErr w:type="spellEnd"/>
      <w:r>
        <w:t xml:space="preserve"> </w:t>
      </w:r>
      <w:proofErr w:type="spellStart"/>
      <w:r>
        <w:t>smislu</w:t>
      </w:r>
      <w:proofErr w:type="spellEnd"/>
      <w:r>
        <w:t xml:space="preserve">, Plan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uvažavanje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</w:t>
      </w:r>
      <w:proofErr w:type="spellStart"/>
      <w:r>
        <w:t>Agencije</w:t>
      </w:r>
      <w:proofErr w:type="spellEnd"/>
      <w:r>
        <w:t xml:space="preserve"> za </w:t>
      </w:r>
      <w:proofErr w:type="spellStart"/>
      <w:r>
        <w:t>prevenciju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borbe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 </w:t>
      </w:r>
      <w:proofErr w:type="spellStart"/>
      <w:r>
        <w:t>Bosne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Hercegovine</w:t>
      </w:r>
      <w:proofErr w:type="spellEnd"/>
      <w:r>
        <w:t xml:space="preserve"> (APIK),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priručnika</w:t>
      </w:r>
      <w:proofErr w:type="spellEnd"/>
      <w:r>
        <w:t xml:space="preserve"> „</w:t>
      </w:r>
      <w:proofErr w:type="spellStart"/>
      <w:r>
        <w:t>Pravila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 xml:space="preserve"> plana </w:t>
      </w:r>
      <w:proofErr w:type="spellStart"/>
      <w:r>
        <w:t>integriteta</w:t>
      </w:r>
      <w:proofErr w:type="spellEnd"/>
      <w:r>
        <w:t xml:space="preserve"> u </w:t>
      </w:r>
      <w:proofErr w:type="spellStart"/>
      <w:r>
        <w:t>institucijama</w:t>
      </w:r>
      <w:proofErr w:type="spellEnd"/>
      <w:r>
        <w:t xml:space="preserve"> u </w:t>
      </w:r>
      <w:proofErr w:type="spellStart"/>
      <w:r>
        <w:t>Bosni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Hercegovini</w:t>
      </w:r>
      <w:proofErr w:type="spellEnd"/>
      <w:r>
        <w:t xml:space="preserve">“, </w:t>
      </w:r>
      <w:proofErr w:type="spellStart"/>
      <w:r>
        <w:t>objavljenog</w:t>
      </w:r>
      <w:proofErr w:type="spellEnd"/>
      <w:r>
        <w:t xml:space="preserve"> 2018. </w:t>
      </w:r>
      <w:proofErr w:type="spellStart"/>
      <w:r>
        <w:t>godine</w:t>
      </w:r>
      <w:proofErr w:type="spellEnd"/>
      <w:r>
        <w:t xml:space="preserve">. APIK </w:t>
      </w:r>
      <w:proofErr w:type="spellStart"/>
      <w:r>
        <w:t>navodi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objavljivanjem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priručnika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„</w:t>
      </w:r>
      <w:proofErr w:type="spellStart"/>
      <w:r>
        <w:t>Smjernice</w:t>
      </w:r>
      <w:proofErr w:type="spellEnd"/>
      <w:r>
        <w:t xml:space="preserve">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 u </w:t>
      </w:r>
      <w:proofErr w:type="spellStart"/>
      <w:r>
        <w:t>institucijama</w:t>
      </w:r>
      <w:proofErr w:type="spellEnd"/>
      <w:r>
        <w:t xml:space="preserve"> u </w:t>
      </w:r>
      <w:proofErr w:type="spellStart"/>
      <w:r>
        <w:t>Bosni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Hercegovini</w:t>
      </w:r>
      <w:proofErr w:type="spellEnd"/>
      <w:r>
        <w:t>“</w:t>
      </w:r>
      <w:proofErr w:type="gramEnd"/>
      <w:r>
        <w:t>, „</w:t>
      </w:r>
      <w:proofErr w:type="spellStart"/>
      <w:r>
        <w:t>Metodologija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“ </w:t>
      </w:r>
      <w:proofErr w:type="spellStart"/>
      <w:r>
        <w:t>i</w:t>
      </w:r>
      <w:proofErr w:type="spellEnd"/>
      <w:r>
        <w:t xml:space="preserve"> „Model plana </w:t>
      </w:r>
      <w:proofErr w:type="spellStart"/>
      <w:r>
        <w:t>integriteta</w:t>
      </w:r>
      <w:proofErr w:type="spellEnd"/>
      <w:r>
        <w:t xml:space="preserve">“ </w:t>
      </w:r>
      <w:proofErr w:type="spellStart"/>
      <w:r>
        <w:t>stavljeni</w:t>
      </w:r>
      <w:proofErr w:type="spellEnd"/>
      <w:r>
        <w:t xml:space="preserve"> van </w:t>
      </w:r>
      <w:proofErr w:type="spellStart"/>
      <w:r>
        <w:t>snage</w:t>
      </w:r>
      <w:proofErr w:type="spellEnd"/>
      <w:r>
        <w:t xml:space="preserve">. APIK je, pored toga, </w:t>
      </w:r>
      <w:proofErr w:type="spellStart"/>
      <w:r>
        <w:t>izradio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sektorske</w:t>
      </w:r>
      <w:proofErr w:type="spellEnd"/>
      <w:r>
        <w:t xml:space="preserve"> </w:t>
      </w:r>
      <w:proofErr w:type="spellStart"/>
      <w:r>
        <w:t>upitnike</w:t>
      </w:r>
      <w:proofErr w:type="spellEnd"/>
      <w:r>
        <w:t xml:space="preserve"> za </w:t>
      </w:r>
      <w:proofErr w:type="spellStart"/>
      <w:r>
        <w:t>samoprocjenu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upitnik</w:t>
      </w:r>
      <w:proofErr w:type="spellEnd"/>
      <w:r>
        <w:t xml:space="preserve"> za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institucije</w:t>
      </w:r>
      <w:proofErr w:type="spellEnd"/>
      <w:r>
        <w:t xml:space="preserve"> (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obdaništa</w:t>
      </w:r>
      <w:proofErr w:type="spellEnd"/>
      <w:r>
        <w:t>).</w:t>
      </w:r>
      <w:r>
        <w:br/>
      </w:r>
      <w:r>
        <w:br/>
        <w:t xml:space="preserve">Plan je </w:t>
      </w:r>
      <w:proofErr w:type="spellStart"/>
      <w:r>
        <w:t>dodatno</w:t>
      </w:r>
      <w:proofErr w:type="spellEnd"/>
      <w:r>
        <w:t xml:space="preserve"> </w:t>
      </w:r>
      <w:proofErr w:type="spellStart"/>
      <w:r>
        <w:t>prilagođen</w:t>
      </w:r>
      <w:proofErr w:type="spellEnd"/>
      <w:r>
        <w:t xml:space="preserve"> </w:t>
      </w:r>
      <w:proofErr w:type="spellStart"/>
      <w:r>
        <w:t>specifičnostima</w:t>
      </w:r>
      <w:proofErr w:type="spellEnd"/>
      <w:r>
        <w:t xml:space="preserve"> JU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muzička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Travnik, </w:t>
      </w:r>
      <w:proofErr w:type="spellStart"/>
      <w:r>
        <w:t>njenoj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nadležnostima</w:t>
      </w:r>
      <w:proofErr w:type="spellEnd"/>
      <w:r>
        <w:t xml:space="preserve">, </w:t>
      </w:r>
      <w:proofErr w:type="spellStart"/>
      <w:r>
        <w:t>procesima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,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učenicima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, </w:t>
      </w:r>
      <w:proofErr w:type="spellStart"/>
      <w:r>
        <w:t>zapošljavanju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angažovanju</w:t>
      </w:r>
      <w:proofErr w:type="spellEnd"/>
      <w:r>
        <w:t xml:space="preserve"> </w:t>
      </w:r>
      <w:proofErr w:type="spellStart"/>
      <w:r>
        <w:t>zaposlenika</w:t>
      </w:r>
      <w:proofErr w:type="spellEnd"/>
      <w:r>
        <w:t xml:space="preserve">, </w:t>
      </w:r>
      <w:proofErr w:type="spellStart"/>
      <w:r>
        <w:t>ocjenjivanju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ispitima</w:t>
      </w:r>
      <w:proofErr w:type="spellEnd"/>
      <w:r>
        <w:t xml:space="preserve">,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,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muzičkim</w:t>
      </w:r>
      <w:proofErr w:type="spellEnd"/>
      <w:r>
        <w:t xml:space="preserve"> </w:t>
      </w:r>
      <w:proofErr w:type="spellStart"/>
      <w:r>
        <w:t>instrumentima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,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poslovnim </w:t>
      </w:r>
      <w:proofErr w:type="spellStart"/>
      <w:r>
        <w:t>procesima</w:t>
      </w:r>
      <w:proofErr w:type="spellEnd"/>
      <w:r>
        <w:t>.</w:t>
      </w:r>
      <w:r>
        <w:br/>
      </w:r>
      <w:r>
        <w:br/>
        <w:t xml:space="preserve">Kao </w:t>
      </w:r>
      <w:proofErr w:type="spellStart"/>
      <w:r>
        <w:t>neposredan</w:t>
      </w:r>
      <w:proofErr w:type="spellEnd"/>
      <w:r>
        <w:t xml:space="preserve"> </w:t>
      </w:r>
      <w:proofErr w:type="spellStart"/>
      <w:r>
        <w:t>primjer</w:t>
      </w:r>
      <w:proofErr w:type="spellEnd"/>
      <w:r>
        <w:t xml:space="preserve"> </w:t>
      </w:r>
      <w:proofErr w:type="spellStart"/>
      <w:r>
        <w:t>kantonalne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 </w:t>
      </w:r>
      <w:proofErr w:type="spellStart"/>
      <w:r>
        <w:t>korišten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Plan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Kantonalnog</w:t>
      </w:r>
      <w:proofErr w:type="spellEnd"/>
      <w:r>
        <w:t xml:space="preserve"> </w:t>
      </w:r>
      <w:proofErr w:type="spellStart"/>
      <w:r>
        <w:t>zavoda</w:t>
      </w:r>
      <w:proofErr w:type="spellEnd"/>
      <w:r>
        <w:t xml:space="preserve"> za </w:t>
      </w:r>
      <w:proofErr w:type="spellStart"/>
      <w:r>
        <w:t>urbanizam</w:t>
      </w:r>
      <w:proofErr w:type="spellEnd"/>
      <w:r>
        <w:t xml:space="preserve">, </w:t>
      </w:r>
      <w:proofErr w:type="spellStart"/>
      <w:r>
        <w:t>prostorno</w:t>
      </w:r>
      <w:proofErr w:type="spellEnd"/>
      <w:r>
        <w:t xml:space="preserve">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kulturno-historijskog</w:t>
      </w:r>
      <w:proofErr w:type="spellEnd"/>
      <w:r>
        <w:t xml:space="preserve"> </w:t>
      </w:r>
      <w:proofErr w:type="spellStart"/>
      <w:r>
        <w:t>naslijeđa</w:t>
      </w:r>
      <w:proofErr w:type="spellEnd"/>
      <w:r>
        <w:t xml:space="preserve">, </w:t>
      </w:r>
      <w:proofErr w:type="spellStart"/>
      <w:r>
        <w:t>objavljen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službenoj</w:t>
      </w:r>
      <w:proofErr w:type="spellEnd"/>
      <w:r>
        <w:t xml:space="preserve"> web-</w:t>
      </w:r>
      <w:proofErr w:type="spellStart"/>
      <w:r>
        <w:t>stranici</w:t>
      </w:r>
      <w:proofErr w:type="spellEnd"/>
      <w:r>
        <w:t xml:space="preserve"> Vlade SBK/KSB u </w:t>
      </w:r>
      <w:proofErr w:type="spellStart"/>
      <w:r>
        <w:t>decembru</w:t>
      </w:r>
      <w:proofErr w:type="spellEnd"/>
      <w:r>
        <w:t xml:space="preserve"> 2025. </w:t>
      </w:r>
      <w:proofErr w:type="spellStart"/>
      <w:r>
        <w:t>godine</w:t>
      </w:r>
      <w:proofErr w:type="spellEnd"/>
      <w:r>
        <w:t>.</w:t>
      </w:r>
      <w:r>
        <w:br/>
      </w:r>
      <w:r>
        <w:br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nesaglasnosti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važećeg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podzakonskog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snage</w:t>
      </w:r>
      <w:proofErr w:type="spellEnd"/>
      <w:r>
        <w:t xml:space="preserve">, </w:t>
      </w:r>
      <w:proofErr w:type="spellStart"/>
      <w:r>
        <w:t>neposredno</w:t>
      </w:r>
      <w:proofErr w:type="spellEnd"/>
      <w:r>
        <w:t xml:space="preserve"> se </w:t>
      </w:r>
      <w:proofErr w:type="spellStart"/>
      <w:r>
        <w:t>primjenjuje</w:t>
      </w:r>
      <w:proofErr w:type="spellEnd"/>
      <w:r>
        <w:t xml:space="preserve"> </w:t>
      </w:r>
      <w:proofErr w:type="spellStart"/>
      <w:r>
        <w:t>važeći</w:t>
      </w:r>
      <w:proofErr w:type="spellEnd"/>
      <w:r>
        <w:t xml:space="preserve">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snage</w:t>
      </w:r>
      <w:proofErr w:type="spellEnd"/>
      <w:r>
        <w:t>.</w:t>
      </w:r>
      <w:r>
        <w:br/>
      </w:r>
    </w:p>
    <w:p w14:paraId="5AE9CA19" w14:textId="77777777" w:rsidR="00A577E8" w:rsidRDefault="00FA2A60">
      <w:pPr>
        <w:pStyle w:val="Naslov1"/>
      </w:pPr>
      <w:r>
        <w:t>5. SVRHA, CILJEVI I PRINCIPI INTEGRITETA</w:t>
      </w:r>
    </w:p>
    <w:p w14:paraId="55FB1811" w14:textId="77777777" w:rsidR="00A577E8" w:rsidRDefault="00FA2A60">
      <w:pPr>
        <w:pStyle w:val="Naslov2"/>
      </w:pPr>
      <w:r>
        <w:t xml:space="preserve">5.1. </w:t>
      </w:r>
      <w:proofErr w:type="spellStart"/>
      <w:r>
        <w:t>Opći</w:t>
      </w:r>
      <w:proofErr w:type="spellEnd"/>
      <w:r>
        <w:t xml:space="preserve"> </w:t>
      </w:r>
      <w:proofErr w:type="spellStart"/>
      <w:r>
        <w:t>cilj</w:t>
      </w:r>
      <w:proofErr w:type="spellEnd"/>
    </w:p>
    <w:p w14:paraId="1CD72F1A" w14:textId="77777777" w:rsidR="00A577E8" w:rsidRDefault="00FA2A60">
      <w:proofErr w:type="spellStart"/>
      <w:r>
        <w:t>Jačati</w:t>
      </w:r>
      <w:proofErr w:type="spellEnd"/>
      <w:r>
        <w:t xml:space="preserve"> </w:t>
      </w:r>
      <w:proofErr w:type="spellStart"/>
      <w:r>
        <w:t>institucionalni</w:t>
      </w:r>
      <w:proofErr w:type="spellEnd"/>
      <w:r>
        <w:t xml:space="preserve">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korupcije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,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, </w:t>
      </w:r>
      <w:proofErr w:type="spellStart"/>
      <w:r>
        <w:t>objektivno</w:t>
      </w:r>
      <w:proofErr w:type="spellEnd"/>
      <w:r>
        <w:t xml:space="preserve">, </w:t>
      </w:r>
      <w:proofErr w:type="spellStart"/>
      <w:r>
        <w:t>transparentno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povećati</w:t>
      </w:r>
      <w:proofErr w:type="spellEnd"/>
      <w:r>
        <w:t xml:space="preserve"> </w:t>
      </w:r>
      <w:proofErr w:type="spellStart"/>
      <w:r>
        <w:t>povjerenje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>.</w:t>
      </w:r>
    </w:p>
    <w:p w14:paraId="0636B3A4" w14:textId="77777777" w:rsidR="00A577E8" w:rsidRDefault="00FA2A60">
      <w:pPr>
        <w:pStyle w:val="Naslov2"/>
      </w:pPr>
      <w:r>
        <w:t xml:space="preserve">5.2.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ciljevi</w:t>
      </w:r>
      <w:proofErr w:type="spellEnd"/>
    </w:p>
    <w:p w14:paraId="7B966115" w14:textId="77777777" w:rsidR="00A577E8" w:rsidRDefault="00FA2A60">
      <w:pPr>
        <w:pStyle w:val="Grafikeoznake"/>
        <w:spacing w:after="40"/>
      </w:pPr>
      <w:proofErr w:type="spellStart"/>
      <w:r>
        <w:t>jasno</w:t>
      </w:r>
      <w:proofErr w:type="spellEnd"/>
      <w:r>
        <w:t xml:space="preserve"> </w:t>
      </w:r>
      <w:proofErr w:type="spellStart"/>
      <w:r>
        <w:t>razdvajanje</w:t>
      </w:r>
      <w:proofErr w:type="spellEnd"/>
      <w:r>
        <w:t xml:space="preserve"> </w:t>
      </w:r>
      <w:proofErr w:type="spellStart"/>
      <w:r>
        <w:t>ovlaštenja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>;</w:t>
      </w:r>
    </w:p>
    <w:p w14:paraId="53175FE8" w14:textId="77777777" w:rsidR="00A577E8" w:rsidRDefault="00FA2A60">
      <w:pPr>
        <w:pStyle w:val="Grafikeoznake"/>
        <w:spacing w:after="40"/>
      </w:pPr>
      <w:proofErr w:type="spellStart"/>
      <w:r>
        <w:t>objektivnost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dokumentovanost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angažovanja</w:t>
      </w:r>
      <w:proofErr w:type="spellEnd"/>
      <w:r>
        <w:t>;</w:t>
      </w:r>
    </w:p>
    <w:p w14:paraId="42C73C18" w14:textId="77777777" w:rsidR="00A577E8" w:rsidRDefault="00FA2A60">
      <w:pPr>
        <w:pStyle w:val="Grafikeoznake"/>
        <w:spacing w:after="40"/>
      </w:pPr>
      <w:proofErr w:type="spellStart"/>
      <w:r>
        <w:t>jednako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učenicima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>;</w:t>
      </w:r>
    </w:p>
    <w:p w14:paraId="70594560" w14:textId="77777777" w:rsidR="00A577E8" w:rsidRDefault="00FA2A60">
      <w:pPr>
        <w:pStyle w:val="Grafikeoznake"/>
        <w:spacing w:after="40"/>
      </w:pPr>
      <w:proofErr w:type="spellStart"/>
      <w:r>
        <w:t>objektivnost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školskim</w:t>
      </w:r>
      <w:proofErr w:type="spellEnd"/>
      <w:r>
        <w:t xml:space="preserve"> </w:t>
      </w:r>
      <w:proofErr w:type="spellStart"/>
      <w:r>
        <w:t>aktivnostima</w:t>
      </w:r>
      <w:proofErr w:type="spellEnd"/>
      <w:r>
        <w:t>;</w:t>
      </w:r>
    </w:p>
    <w:p w14:paraId="2BC759DB" w14:textId="77777777" w:rsidR="00A577E8" w:rsidRDefault="00FA2A60">
      <w:pPr>
        <w:pStyle w:val="Grafikeoznake"/>
        <w:spacing w:after="40"/>
      </w:pPr>
      <w:proofErr w:type="spellStart"/>
      <w:r>
        <w:t>transparentno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školskom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>;</w:t>
      </w:r>
    </w:p>
    <w:p w14:paraId="19CEE247" w14:textId="77777777" w:rsidR="00A577E8" w:rsidRDefault="00FA2A60">
      <w:pPr>
        <w:pStyle w:val="Grafikeoznake"/>
        <w:spacing w:after="40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nepotizma</w:t>
      </w:r>
      <w:proofErr w:type="spellEnd"/>
      <w:r>
        <w:t xml:space="preserve"> i </w:t>
      </w:r>
      <w:proofErr w:type="spellStart"/>
      <w:r>
        <w:t>pogodovanja</w:t>
      </w:r>
      <w:proofErr w:type="spellEnd"/>
      <w:r>
        <w:t>;</w:t>
      </w:r>
    </w:p>
    <w:p w14:paraId="30CB8EB7" w14:textId="77777777" w:rsidR="00A577E8" w:rsidRDefault="00FA2A60">
      <w:pPr>
        <w:pStyle w:val="Grafikeoznake"/>
        <w:spacing w:after="40"/>
      </w:pPr>
      <w:proofErr w:type="spellStart"/>
      <w:r>
        <w:t>sigurno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zakonito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>;</w:t>
      </w:r>
    </w:p>
    <w:p w14:paraId="0C2EE2EB" w14:textId="77777777" w:rsidR="00A577E8" w:rsidRDefault="00FA2A60">
      <w:pPr>
        <w:pStyle w:val="Grafikeoznake"/>
        <w:spacing w:after="40"/>
      </w:pPr>
      <w:proofErr w:type="spellStart"/>
      <w:r>
        <w:t>uspostavljanje</w:t>
      </w:r>
      <w:proofErr w:type="spellEnd"/>
      <w:r>
        <w:t xml:space="preserve"> </w:t>
      </w:r>
      <w:proofErr w:type="spellStart"/>
      <w:r>
        <w:t>dostupnih</w:t>
      </w:r>
      <w:proofErr w:type="spellEnd"/>
      <w:r>
        <w:t xml:space="preserve"> </w:t>
      </w:r>
      <w:proofErr w:type="spellStart"/>
      <w:r>
        <w:t>kanala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>;</w:t>
      </w:r>
    </w:p>
    <w:p w14:paraId="7DC3FC14" w14:textId="77777777" w:rsidR="00A577E8" w:rsidRDefault="00FA2A60">
      <w:pPr>
        <w:pStyle w:val="Grafikeoznake"/>
        <w:spacing w:after="40"/>
      </w:pPr>
      <w:proofErr w:type="spellStart"/>
      <w:r>
        <w:t>kontinuirano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internih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>.</w:t>
      </w:r>
    </w:p>
    <w:p w14:paraId="62AA79A2" w14:textId="77777777" w:rsidR="00A577E8" w:rsidRDefault="00FA2A60">
      <w:pPr>
        <w:pStyle w:val="Naslov2"/>
      </w:pPr>
      <w:r>
        <w:t>5.3. Principi</w:t>
      </w:r>
    </w:p>
    <w:p w14:paraId="41092B1F" w14:textId="77777777" w:rsidR="00A577E8" w:rsidRDefault="00FA2A60">
      <w:pPr>
        <w:pStyle w:val="Grafikeoznake"/>
        <w:spacing w:after="40"/>
      </w:pPr>
      <w:proofErr w:type="spellStart"/>
      <w:r>
        <w:t>zakonitost</w:t>
      </w:r>
      <w:proofErr w:type="spellEnd"/>
    </w:p>
    <w:p w14:paraId="17C813FD" w14:textId="77777777" w:rsidR="00A577E8" w:rsidRDefault="00FA2A60">
      <w:pPr>
        <w:pStyle w:val="Grafikeoznake"/>
        <w:spacing w:after="40"/>
      </w:pPr>
      <w:proofErr w:type="spellStart"/>
      <w:r>
        <w:t>integritet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nepristrasnost</w:t>
      </w:r>
      <w:proofErr w:type="spellEnd"/>
    </w:p>
    <w:p w14:paraId="71B38E93" w14:textId="77777777" w:rsidR="00A577E8" w:rsidRDefault="00FA2A60">
      <w:pPr>
        <w:pStyle w:val="Grafikeoznake"/>
        <w:spacing w:after="40"/>
      </w:pPr>
      <w:proofErr w:type="spellStart"/>
      <w:r>
        <w:t>jednakost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nediskriminacija</w:t>
      </w:r>
      <w:proofErr w:type="spellEnd"/>
    </w:p>
    <w:p w14:paraId="10718A0D" w14:textId="77777777" w:rsidR="00A577E8" w:rsidRDefault="00FA2A60">
      <w:pPr>
        <w:pStyle w:val="Grafikeoznake"/>
        <w:spacing w:after="40"/>
      </w:pPr>
      <w:proofErr w:type="spellStart"/>
      <w:r>
        <w:lastRenderedPageBreak/>
        <w:t>transparentnost</w:t>
      </w:r>
      <w:proofErr w:type="spellEnd"/>
      <w:r>
        <w:t xml:space="preserve"> i </w:t>
      </w:r>
      <w:proofErr w:type="spellStart"/>
      <w:r>
        <w:t>odgovornost</w:t>
      </w:r>
      <w:proofErr w:type="spellEnd"/>
    </w:p>
    <w:p w14:paraId="6EC9D6E2" w14:textId="77777777" w:rsidR="00A577E8" w:rsidRDefault="00FA2A60">
      <w:pPr>
        <w:pStyle w:val="Grafikeoznake"/>
        <w:spacing w:after="40"/>
      </w:pPr>
      <w:proofErr w:type="spellStart"/>
      <w:r>
        <w:t>profesionalnost</w:t>
      </w:r>
      <w:proofErr w:type="spellEnd"/>
    </w:p>
    <w:p w14:paraId="504584DA" w14:textId="77777777" w:rsidR="00A577E8" w:rsidRDefault="00FA2A60">
      <w:pPr>
        <w:pStyle w:val="Grafikeoznake"/>
        <w:spacing w:after="40"/>
      </w:pPr>
      <w:proofErr w:type="spellStart"/>
      <w:r>
        <w:t>povjerljivost</w:t>
      </w:r>
      <w:proofErr w:type="spellEnd"/>
    </w:p>
    <w:p w14:paraId="160676A4" w14:textId="77777777" w:rsidR="00A577E8" w:rsidRDefault="00FA2A60">
      <w:pPr>
        <w:pStyle w:val="Grafikeoznake"/>
        <w:spacing w:after="40"/>
      </w:pPr>
      <w:proofErr w:type="spellStart"/>
      <w:r>
        <w:t>odgovorno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resursima</w:t>
      </w:r>
      <w:proofErr w:type="spellEnd"/>
    </w:p>
    <w:p w14:paraId="11022415" w14:textId="77777777" w:rsidR="00A577E8" w:rsidRDefault="00FA2A60">
      <w:pPr>
        <w:pStyle w:val="Grafikeoznake"/>
        <w:spacing w:after="40"/>
      </w:pPr>
      <w:proofErr w:type="spellStart"/>
      <w:r>
        <w:t>nulta</w:t>
      </w:r>
      <w:proofErr w:type="spellEnd"/>
      <w:r>
        <w:t xml:space="preserve"> </w:t>
      </w:r>
      <w:proofErr w:type="spellStart"/>
      <w:r>
        <w:t>tolerancija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korupciju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pogodovanje</w:t>
      </w:r>
      <w:proofErr w:type="spellEnd"/>
    </w:p>
    <w:p w14:paraId="1A2EFD71" w14:textId="77777777" w:rsidR="00A577E8" w:rsidRDefault="00FA2A60">
      <w:pPr>
        <w:pStyle w:val="Grafikeoznake"/>
        <w:spacing w:after="40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ranjivih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17BD9A4A" w14:textId="77777777" w:rsidR="00A577E8" w:rsidRDefault="00FA2A60">
      <w:pPr>
        <w:pStyle w:val="Grafikeoznake"/>
        <w:spacing w:after="40"/>
      </w:pPr>
      <w:proofErr w:type="spellStart"/>
      <w:r>
        <w:t>kontinuirano</w:t>
      </w:r>
      <w:proofErr w:type="spellEnd"/>
      <w:r>
        <w:t xml:space="preserve"> </w:t>
      </w:r>
      <w:proofErr w:type="spellStart"/>
      <w:r>
        <w:t>unapređenje</w:t>
      </w:r>
      <w:proofErr w:type="spellEnd"/>
    </w:p>
    <w:p w14:paraId="5FD4D23C" w14:textId="77777777" w:rsidR="00A577E8" w:rsidRDefault="00FA2A60">
      <w:pPr>
        <w:pStyle w:val="Naslov1"/>
      </w:pPr>
      <w:r>
        <w:t>6. ORGANIZACIJA I ODGOVORNOSTI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6690"/>
      </w:tblGrid>
      <w:tr w:rsidR="00A577E8" w14:paraId="3B5C449C" w14:textId="77777777">
        <w:trPr>
          <w:jc w:val="center"/>
        </w:trPr>
        <w:tc>
          <w:tcPr>
            <w:tcW w:w="2381" w:type="dxa"/>
            <w:shd w:val="clear" w:color="auto" w:fill="D9EAF7"/>
            <w:vAlign w:val="center"/>
          </w:tcPr>
          <w:p w14:paraId="02924156" w14:textId="77777777" w:rsidR="00A577E8" w:rsidRDefault="00FA2A60">
            <w:proofErr w:type="spellStart"/>
            <w:r>
              <w:rPr>
                <w:b/>
                <w:sz w:val="16"/>
              </w:rPr>
              <w:t>Funkcija</w:t>
            </w:r>
            <w:proofErr w:type="spellEnd"/>
            <w:r>
              <w:rPr>
                <w:b/>
                <w:sz w:val="16"/>
              </w:rPr>
              <w:t>/organ</w:t>
            </w:r>
          </w:p>
        </w:tc>
        <w:tc>
          <w:tcPr>
            <w:tcW w:w="6690" w:type="dxa"/>
            <w:shd w:val="clear" w:color="auto" w:fill="D9EAF7"/>
            <w:vAlign w:val="center"/>
          </w:tcPr>
          <w:p w14:paraId="3FE1252F" w14:textId="77777777" w:rsidR="00A577E8" w:rsidRDefault="00FA2A60">
            <w:proofErr w:type="spellStart"/>
            <w:r>
              <w:rPr>
                <w:b/>
                <w:sz w:val="16"/>
              </w:rPr>
              <w:t>Ključne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odgovornosti</w:t>
            </w:r>
            <w:proofErr w:type="spellEnd"/>
            <w:r>
              <w:rPr>
                <w:b/>
                <w:sz w:val="16"/>
              </w:rPr>
              <w:t xml:space="preserve"> u </w:t>
            </w:r>
            <w:proofErr w:type="spellStart"/>
            <w:r>
              <w:rPr>
                <w:b/>
                <w:sz w:val="16"/>
              </w:rPr>
              <w:t>provođenju</w:t>
            </w:r>
            <w:proofErr w:type="spellEnd"/>
            <w:r>
              <w:rPr>
                <w:b/>
                <w:sz w:val="16"/>
              </w:rPr>
              <w:t xml:space="preserve"> Plana</w:t>
            </w:r>
          </w:p>
        </w:tc>
      </w:tr>
      <w:tr w:rsidR="00A577E8" w14:paraId="2E8C56C4" w14:textId="77777777">
        <w:trPr>
          <w:jc w:val="center"/>
        </w:trPr>
        <w:tc>
          <w:tcPr>
            <w:tcW w:w="2381" w:type="dxa"/>
            <w:vAlign w:val="center"/>
          </w:tcPr>
          <w:p w14:paraId="5DC0D88E" w14:textId="2CC6024B" w:rsidR="00A577E8" w:rsidRDefault="00FA2A60">
            <w:proofErr w:type="spellStart"/>
            <w:r>
              <w:rPr>
                <w:sz w:val="16"/>
              </w:rPr>
              <w:t>Direktor</w:t>
            </w:r>
            <w:r w:rsidR="00891713">
              <w:rPr>
                <w:sz w:val="16"/>
              </w:rPr>
              <w:t>ica</w:t>
            </w:r>
            <w:proofErr w:type="spellEnd"/>
          </w:p>
        </w:tc>
        <w:tc>
          <w:tcPr>
            <w:tcW w:w="6690" w:type="dxa"/>
            <w:vAlign w:val="center"/>
          </w:tcPr>
          <w:p w14:paraId="4A40AF27" w14:textId="77777777" w:rsidR="00A577E8" w:rsidRDefault="00FA2A60">
            <w:proofErr w:type="spellStart"/>
            <w:r>
              <w:rPr>
                <w:sz w:val="16"/>
              </w:rPr>
              <w:t>Osigurava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usvajanje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provođenje</w:t>
            </w:r>
            <w:proofErr w:type="spellEnd"/>
            <w:r>
              <w:rPr>
                <w:sz w:val="16"/>
              </w:rPr>
              <w:t xml:space="preserve"> Plana; </w:t>
            </w:r>
            <w:proofErr w:type="spellStart"/>
            <w:r>
              <w:rPr>
                <w:sz w:val="16"/>
              </w:rPr>
              <w:t>izdaje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naloge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obezbjeđuje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resurse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prati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realizaciju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preduzima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mjere</w:t>
            </w:r>
            <w:proofErr w:type="spellEnd"/>
            <w:r>
              <w:rPr>
                <w:sz w:val="16"/>
              </w:rPr>
              <w:t xml:space="preserve"> u </w:t>
            </w:r>
            <w:proofErr w:type="spellStart"/>
            <w:r>
              <w:rPr>
                <w:sz w:val="16"/>
              </w:rPr>
              <w:t>okviru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nadležnosti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5B2064B2" w14:textId="77777777">
        <w:trPr>
          <w:jc w:val="center"/>
        </w:trPr>
        <w:tc>
          <w:tcPr>
            <w:tcW w:w="2381" w:type="dxa"/>
            <w:vAlign w:val="center"/>
          </w:tcPr>
          <w:p w14:paraId="58E970BF" w14:textId="77777777" w:rsidR="00A577E8" w:rsidRDefault="00FA2A60">
            <w:proofErr w:type="spellStart"/>
            <w:r>
              <w:rPr>
                <w:sz w:val="16"/>
              </w:rPr>
              <w:t>Koordinator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integritet</w:t>
            </w:r>
            <w:proofErr w:type="spellEnd"/>
          </w:p>
        </w:tc>
        <w:tc>
          <w:tcPr>
            <w:tcW w:w="6690" w:type="dxa"/>
            <w:vAlign w:val="center"/>
          </w:tcPr>
          <w:p w14:paraId="0E973D89" w14:textId="77777777" w:rsidR="00A577E8" w:rsidRDefault="00FA2A60">
            <w:proofErr w:type="spellStart"/>
            <w:r>
              <w:rPr>
                <w:sz w:val="16"/>
              </w:rPr>
              <w:t>Prati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rizike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vodi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evidencije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koordinira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izvještavanje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predlaže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izmjene</w:t>
            </w:r>
            <w:proofErr w:type="spellEnd"/>
            <w:r>
              <w:rPr>
                <w:sz w:val="16"/>
              </w:rPr>
              <w:t xml:space="preserve"> Plana; </w:t>
            </w:r>
            <w:proofErr w:type="spellStart"/>
            <w:r>
              <w:rPr>
                <w:sz w:val="16"/>
              </w:rPr>
              <w:t>organizuje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edukacije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podsjećanje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zaposlenih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13D74A0D" w14:textId="77777777">
        <w:trPr>
          <w:jc w:val="center"/>
        </w:trPr>
        <w:tc>
          <w:tcPr>
            <w:tcW w:w="2381" w:type="dxa"/>
            <w:vAlign w:val="center"/>
          </w:tcPr>
          <w:p w14:paraId="04C3D5C9" w14:textId="77777777" w:rsidR="00A577E8" w:rsidRDefault="00FA2A60">
            <w:proofErr w:type="spellStart"/>
            <w:r>
              <w:rPr>
                <w:sz w:val="16"/>
              </w:rPr>
              <w:t>Upravni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Školski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odbor</w:t>
            </w:r>
            <w:proofErr w:type="spellEnd"/>
          </w:p>
        </w:tc>
        <w:tc>
          <w:tcPr>
            <w:tcW w:w="6690" w:type="dxa"/>
            <w:vAlign w:val="center"/>
          </w:tcPr>
          <w:p w14:paraId="67ED40AE" w14:textId="77777777" w:rsidR="00A577E8" w:rsidRDefault="00FA2A60">
            <w:proofErr w:type="spellStart"/>
            <w:r>
              <w:rPr>
                <w:sz w:val="16"/>
              </w:rPr>
              <w:t>Postupa</w:t>
            </w:r>
            <w:proofErr w:type="spellEnd"/>
            <w:r>
              <w:rPr>
                <w:sz w:val="16"/>
              </w:rPr>
              <w:t xml:space="preserve"> u </w:t>
            </w:r>
            <w:proofErr w:type="spellStart"/>
            <w:r>
              <w:rPr>
                <w:sz w:val="16"/>
              </w:rPr>
              <w:t>okviru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zakonskih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statutarnih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nadležnosti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razmatra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izvještaje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donosi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odobrava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gdje</w:t>
            </w:r>
            <w:proofErr w:type="spellEnd"/>
            <w:r>
              <w:rPr>
                <w:sz w:val="16"/>
              </w:rPr>
              <w:t xml:space="preserve"> je to </w:t>
            </w:r>
            <w:proofErr w:type="spellStart"/>
            <w:r>
              <w:rPr>
                <w:sz w:val="16"/>
              </w:rPr>
              <w:t>propisano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0EA78354" w14:textId="77777777">
        <w:trPr>
          <w:jc w:val="center"/>
        </w:trPr>
        <w:tc>
          <w:tcPr>
            <w:tcW w:w="2381" w:type="dxa"/>
            <w:vAlign w:val="center"/>
          </w:tcPr>
          <w:p w14:paraId="45408B58" w14:textId="77777777" w:rsidR="00A577E8" w:rsidRDefault="00FA2A60">
            <w:proofErr w:type="spellStart"/>
            <w:r>
              <w:rPr>
                <w:sz w:val="16"/>
              </w:rPr>
              <w:t>Nastavničko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vijeće</w:t>
            </w:r>
            <w:proofErr w:type="spellEnd"/>
          </w:p>
        </w:tc>
        <w:tc>
          <w:tcPr>
            <w:tcW w:w="6690" w:type="dxa"/>
            <w:vAlign w:val="center"/>
          </w:tcPr>
          <w:p w14:paraId="582E98C4" w14:textId="77777777" w:rsidR="00A577E8" w:rsidRDefault="00FA2A60">
            <w:proofErr w:type="spellStart"/>
            <w:r>
              <w:rPr>
                <w:sz w:val="16"/>
              </w:rPr>
              <w:t>Primjenjuje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stručne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kriterije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dokumentuje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odluke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svoje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nadležnosti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doprinosi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objektivnosti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ocjenjivanja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izbora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učenika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44907A4A" w14:textId="77777777">
        <w:trPr>
          <w:jc w:val="center"/>
        </w:trPr>
        <w:tc>
          <w:tcPr>
            <w:tcW w:w="2381" w:type="dxa"/>
            <w:vAlign w:val="center"/>
          </w:tcPr>
          <w:p w14:paraId="4B65E51D" w14:textId="77777777" w:rsidR="00A577E8" w:rsidRDefault="00FA2A60">
            <w:proofErr w:type="spellStart"/>
            <w:r>
              <w:rPr>
                <w:sz w:val="16"/>
              </w:rPr>
              <w:t>Sekretar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pravna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služba</w:t>
            </w:r>
            <w:proofErr w:type="spellEnd"/>
          </w:p>
        </w:tc>
        <w:tc>
          <w:tcPr>
            <w:tcW w:w="6690" w:type="dxa"/>
            <w:vAlign w:val="center"/>
          </w:tcPr>
          <w:p w14:paraId="1F135AD6" w14:textId="77777777" w:rsidR="00A577E8" w:rsidRDefault="00FA2A60">
            <w:proofErr w:type="spellStart"/>
            <w:r>
              <w:rPr>
                <w:sz w:val="16"/>
              </w:rPr>
              <w:t>Prati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usklađenost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postupaka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propisima</w:t>
            </w:r>
            <w:proofErr w:type="spellEnd"/>
            <w:r>
              <w:rPr>
                <w:sz w:val="16"/>
              </w:rPr>
              <w:t xml:space="preserve">; </w:t>
            </w:r>
            <w:proofErr w:type="spellStart"/>
            <w:r>
              <w:rPr>
                <w:sz w:val="16"/>
              </w:rPr>
              <w:t>vodi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službene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evidencije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pruža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pravnu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podršku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74842827" w14:textId="77777777">
        <w:trPr>
          <w:jc w:val="center"/>
        </w:trPr>
        <w:tc>
          <w:tcPr>
            <w:tcW w:w="2381" w:type="dxa"/>
            <w:vAlign w:val="center"/>
          </w:tcPr>
          <w:p w14:paraId="75B04BB6" w14:textId="77777777" w:rsidR="00A577E8" w:rsidRDefault="00FA2A60">
            <w:proofErr w:type="spellStart"/>
            <w:r>
              <w:rPr>
                <w:sz w:val="16"/>
              </w:rPr>
              <w:t>Računovodstvo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finansije</w:t>
            </w:r>
            <w:proofErr w:type="spellEnd"/>
          </w:p>
        </w:tc>
        <w:tc>
          <w:tcPr>
            <w:tcW w:w="6690" w:type="dxa"/>
            <w:vAlign w:val="center"/>
          </w:tcPr>
          <w:p w14:paraId="0755755D" w14:textId="77777777" w:rsidR="00A577E8" w:rsidRDefault="00FA2A60">
            <w:proofErr w:type="spellStart"/>
            <w:r>
              <w:rPr>
                <w:sz w:val="16"/>
              </w:rPr>
              <w:t>Provodi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finansijske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kontrole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knjiženja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plaćanja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evidencije</w:t>
            </w:r>
            <w:proofErr w:type="spellEnd"/>
            <w:r>
              <w:rPr>
                <w:sz w:val="16"/>
              </w:rPr>
              <w:t xml:space="preserve"> u </w:t>
            </w:r>
            <w:proofErr w:type="spellStart"/>
            <w:r>
              <w:rPr>
                <w:sz w:val="16"/>
              </w:rPr>
              <w:t>skladu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propisima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aktima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0BD55333" w14:textId="77777777">
        <w:trPr>
          <w:jc w:val="center"/>
        </w:trPr>
        <w:tc>
          <w:tcPr>
            <w:tcW w:w="2381" w:type="dxa"/>
            <w:vAlign w:val="center"/>
          </w:tcPr>
          <w:p w14:paraId="0D05694A" w14:textId="77777777" w:rsidR="00A577E8" w:rsidRDefault="00FA2A60">
            <w:proofErr w:type="spellStart"/>
            <w:r>
              <w:rPr>
                <w:sz w:val="16"/>
              </w:rPr>
              <w:t>Komisije</w:t>
            </w:r>
            <w:proofErr w:type="spellEnd"/>
          </w:p>
        </w:tc>
        <w:tc>
          <w:tcPr>
            <w:tcW w:w="6690" w:type="dxa"/>
            <w:vAlign w:val="center"/>
          </w:tcPr>
          <w:p w14:paraId="23A4FEF2" w14:textId="77777777" w:rsidR="00A577E8" w:rsidRDefault="00FA2A60">
            <w:proofErr w:type="spellStart"/>
            <w:r>
              <w:rPr>
                <w:sz w:val="16"/>
              </w:rPr>
              <w:t>Rade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unaprijed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utvrđenim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kriterijima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izjavljuju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eventualni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sukob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interesa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zapisnike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3278B98F" w14:textId="77777777">
        <w:trPr>
          <w:jc w:val="center"/>
        </w:trPr>
        <w:tc>
          <w:tcPr>
            <w:tcW w:w="2381" w:type="dxa"/>
            <w:vAlign w:val="center"/>
          </w:tcPr>
          <w:p w14:paraId="11E5715F" w14:textId="77777777" w:rsidR="00A577E8" w:rsidRDefault="00FA2A60">
            <w:r>
              <w:rPr>
                <w:sz w:val="16"/>
              </w:rPr>
              <w:t xml:space="preserve">Svi </w:t>
            </w:r>
            <w:proofErr w:type="spellStart"/>
            <w:r>
              <w:rPr>
                <w:sz w:val="16"/>
              </w:rPr>
              <w:t>zaposleni</w:t>
            </w:r>
            <w:proofErr w:type="spellEnd"/>
          </w:p>
        </w:tc>
        <w:tc>
          <w:tcPr>
            <w:tcW w:w="6690" w:type="dxa"/>
            <w:vAlign w:val="center"/>
          </w:tcPr>
          <w:p w14:paraId="2A3AF293" w14:textId="77777777" w:rsidR="00A577E8" w:rsidRDefault="00FA2A60">
            <w:proofErr w:type="spellStart"/>
            <w:r>
              <w:rPr>
                <w:sz w:val="16"/>
              </w:rPr>
              <w:t>Poštuju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propise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interne </w:t>
            </w:r>
            <w:proofErr w:type="spellStart"/>
            <w:r>
              <w:rPr>
                <w:sz w:val="16"/>
              </w:rPr>
              <w:t>akte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prijavljuju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nepravilnosti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izbjegavaju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sukob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interesa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nedozvoljene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pogodnosti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14:paraId="5C7379B7" w14:textId="77777777" w:rsidR="00A577E8" w:rsidRDefault="00A577E8"/>
    <w:p w14:paraId="5511485B" w14:textId="77777777" w:rsidR="00A577E8" w:rsidRDefault="00FA2A60">
      <w:pPr>
        <w:pStyle w:val="Naslov1"/>
      </w:pPr>
      <w:r>
        <w:t>7. METODOLOGIJA PROCJENE RIZIKA</w:t>
      </w:r>
    </w:p>
    <w:p w14:paraId="1311B3F6" w14:textId="77777777" w:rsidR="00A577E8" w:rsidRDefault="00FA2A60">
      <w:proofErr w:type="spellStart"/>
      <w:r>
        <w:t>Procjena</w:t>
      </w:r>
      <w:proofErr w:type="spellEnd"/>
      <w:r>
        <w:t xml:space="preserve"> je </w:t>
      </w:r>
      <w:proofErr w:type="spellStart"/>
      <w:r>
        <w:t>izrađena</w:t>
      </w:r>
      <w:proofErr w:type="spellEnd"/>
      <w:r>
        <w:t xml:space="preserve"> po </w:t>
      </w:r>
      <w:proofErr w:type="spellStart"/>
      <w:r>
        <w:t>principu</w:t>
      </w:r>
      <w:proofErr w:type="spellEnd"/>
      <w:r>
        <w:t xml:space="preserve">: </w:t>
      </w:r>
      <w:proofErr w:type="spellStart"/>
      <w:r>
        <w:t>proces</w:t>
      </w:r>
      <w:proofErr w:type="spellEnd"/>
      <w:r>
        <w:t xml:space="preserve"> → </w:t>
      </w:r>
      <w:proofErr w:type="spellStart"/>
      <w:r>
        <w:t>mogući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→ </w:t>
      </w:r>
      <w:proofErr w:type="spellStart"/>
      <w:r>
        <w:t>uzrok</w:t>
      </w:r>
      <w:proofErr w:type="spellEnd"/>
      <w:r>
        <w:t xml:space="preserve"> → </w:t>
      </w:r>
      <w:proofErr w:type="spellStart"/>
      <w:r>
        <w:t>posljedica</w:t>
      </w:r>
      <w:proofErr w:type="spellEnd"/>
      <w:r>
        <w:t xml:space="preserve"> →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kontrole</w:t>
      </w:r>
      <w:proofErr w:type="spellEnd"/>
      <w:r>
        <w:t xml:space="preserve"> → </w:t>
      </w:r>
      <w:proofErr w:type="spellStart"/>
      <w:r>
        <w:t>vjerovatnoća</w:t>
      </w:r>
      <w:proofErr w:type="spellEnd"/>
      <w:r>
        <w:t xml:space="preserve"> → </w:t>
      </w:r>
      <w:proofErr w:type="spellStart"/>
      <w:r>
        <w:t>uticaj</w:t>
      </w:r>
      <w:proofErr w:type="spellEnd"/>
      <w:r>
        <w:t xml:space="preserve"> →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→ </w:t>
      </w:r>
      <w:proofErr w:type="spellStart"/>
      <w:r>
        <w:t>mjera</w:t>
      </w:r>
      <w:proofErr w:type="spellEnd"/>
      <w:r>
        <w:t xml:space="preserve"> → </w:t>
      </w:r>
      <w:proofErr w:type="spellStart"/>
      <w:r>
        <w:t>odgovorna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→ </w:t>
      </w:r>
      <w:proofErr w:type="spellStart"/>
      <w:r>
        <w:t>rok</w:t>
      </w:r>
      <w:proofErr w:type="spellEnd"/>
      <w:r>
        <w:t xml:space="preserve"> → </w:t>
      </w:r>
      <w:proofErr w:type="spellStart"/>
      <w:r>
        <w:t>indikator</w:t>
      </w:r>
      <w:proofErr w:type="spellEnd"/>
      <w:r>
        <w:t xml:space="preserve">.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početnu</w:t>
      </w:r>
      <w:proofErr w:type="spellEnd"/>
      <w:r>
        <w:t xml:space="preserve"> </w:t>
      </w:r>
      <w:proofErr w:type="spellStart"/>
      <w:r>
        <w:t>samoprocjenu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je </w:t>
      </w:r>
      <w:proofErr w:type="spellStart"/>
      <w:r>
        <w:t>potvrditi</w:t>
      </w:r>
      <w:proofErr w:type="spellEnd"/>
      <w:r>
        <w:t xml:space="preserve">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grupa</w:t>
      </w:r>
      <w:proofErr w:type="spellEnd"/>
      <w:r>
        <w:t>/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uvida</w:t>
      </w:r>
      <w:proofErr w:type="spellEnd"/>
      <w:r>
        <w:t xml:space="preserve"> u </w:t>
      </w:r>
      <w:proofErr w:type="spellStart"/>
      <w:r>
        <w:t>stvarne</w:t>
      </w:r>
      <w:proofErr w:type="spellEnd"/>
      <w:r>
        <w:t xml:space="preserve"> procedure </w:t>
      </w:r>
      <w:proofErr w:type="spellStart"/>
      <w:r>
        <w:t>škole</w:t>
      </w:r>
      <w:proofErr w:type="spellEnd"/>
      <w:r>
        <w:t>.</w:t>
      </w:r>
    </w:p>
    <w:p w14:paraId="2931A33C" w14:textId="77777777" w:rsidR="00A577E8" w:rsidRDefault="00FA2A60">
      <w:pPr>
        <w:pStyle w:val="Naslov1"/>
      </w:pPr>
      <w:r>
        <w:t>8. KRITERIJI ZA OCJENU RIZIKA I MATRICA</w:t>
      </w:r>
    </w:p>
    <w:p w14:paraId="704FF77B" w14:textId="77777777" w:rsidR="00A577E8" w:rsidRDefault="00FA2A60">
      <w:proofErr w:type="spellStart"/>
      <w:r>
        <w:t>Vjerovatnoća</w:t>
      </w:r>
      <w:proofErr w:type="spellEnd"/>
      <w:r>
        <w:t xml:space="preserve"> (V): 1 =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rijetko</w:t>
      </w:r>
      <w:proofErr w:type="spellEnd"/>
      <w:r>
        <w:t xml:space="preserve">, 2 = </w:t>
      </w:r>
      <w:proofErr w:type="spellStart"/>
      <w:r>
        <w:t>rijetko</w:t>
      </w:r>
      <w:proofErr w:type="spellEnd"/>
      <w:r>
        <w:t xml:space="preserve">, 3 = </w:t>
      </w:r>
      <w:proofErr w:type="spellStart"/>
      <w:r>
        <w:t>moguće</w:t>
      </w:r>
      <w:proofErr w:type="spellEnd"/>
      <w:r>
        <w:t xml:space="preserve">, 4 = </w:t>
      </w:r>
      <w:proofErr w:type="spellStart"/>
      <w:r>
        <w:t>vjerovatno</w:t>
      </w:r>
      <w:proofErr w:type="spellEnd"/>
      <w:r>
        <w:t xml:space="preserve">, 5 =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vjerovatno</w:t>
      </w:r>
      <w:proofErr w:type="spellEnd"/>
      <w:r>
        <w:t>.</w:t>
      </w:r>
    </w:p>
    <w:p w14:paraId="46D61CD9" w14:textId="77777777" w:rsidR="00A577E8" w:rsidRDefault="00FA2A60">
      <w:proofErr w:type="spellStart"/>
      <w:r>
        <w:t>Uticaj</w:t>
      </w:r>
      <w:proofErr w:type="spellEnd"/>
      <w:r>
        <w:t xml:space="preserve"> (U): 1 = </w:t>
      </w:r>
      <w:proofErr w:type="spellStart"/>
      <w:r>
        <w:t>beznačajan</w:t>
      </w:r>
      <w:proofErr w:type="spellEnd"/>
      <w:r>
        <w:t xml:space="preserve">, 2 = </w:t>
      </w:r>
      <w:proofErr w:type="spellStart"/>
      <w:r>
        <w:t>mali</w:t>
      </w:r>
      <w:proofErr w:type="spellEnd"/>
      <w:r>
        <w:t xml:space="preserve">, 3 = </w:t>
      </w:r>
      <w:proofErr w:type="spellStart"/>
      <w:r>
        <w:t>srednji</w:t>
      </w:r>
      <w:proofErr w:type="spellEnd"/>
      <w:r>
        <w:t xml:space="preserve">, 4 = </w:t>
      </w:r>
      <w:proofErr w:type="spellStart"/>
      <w:r>
        <w:t>velik</w:t>
      </w:r>
      <w:proofErr w:type="spellEnd"/>
      <w:r>
        <w:t xml:space="preserve">, 5 = </w:t>
      </w:r>
      <w:proofErr w:type="spellStart"/>
      <w:r>
        <w:t>veoma</w:t>
      </w:r>
      <w:proofErr w:type="spellEnd"/>
      <w:r>
        <w:t xml:space="preserve"> </w:t>
      </w:r>
      <w:proofErr w:type="spellStart"/>
      <w:r>
        <w:t>velik</w:t>
      </w:r>
      <w:proofErr w:type="spellEnd"/>
      <w:r>
        <w:t>.</w:t>
      </w:r>
    </w:p>
    <w:p w14:paraId="1F1D91B7" w14:textId="77777777" w:rsidR="00A577E8" w:rsidRDefault="00FA2A60">
      <w:proofErr w:type="spellStart"/>
      <w:r>
        <w:t>Bodovi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= V × U.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417"/>
        <w:gridCol w:w="6520"/>
      </w:tblGrid>
      <w:tr w:rsidR="00A577E8" w14:paraId="24CCCDCF" w14:textId="77777777">
        <w:trPr>
          <w:jc w:val="center"/>
        </w:trPr>
        <w:tc>
          <w:tcPr>
            <w:tcW w:w="1134" w:type="dxa"/>
            <w:shd w:val="clear" w:color="auto" w:fill="D9EAF7"/>
            <w:vAlign w:val="center"/>
          </w:tcPr>
          <w:p w14:paraId="4C6BEE00" w14:textId="77777777" w:rsidR="00A577E8" w:rsidRDefault="00FA2A60">
            <w:proofErr w:type="spellStart"/>
            <w:r>
              <w:rPr>
                <w:b/>
                <w:sz w:val="16"/>
              </w:rPr>
              <w:t>Bodovi</w:t>
            </w:r>
            <w:proofErr w:type="spellEnd"/>
          </w:p>
        </w:tc>
        <w:tc>
          <w:tcPr>
            <w:tcW w:w="1417" w:type="dxa"/>
            <w:shd w:val="clear" w:color="auto" w:fill="D9EAF7"/>
            <w:vAlign w:val="center"/>
          </w:tcPr>
          <w:p w14:paraId="63964BA4" w14:textId="77777777" w:rsidR="00A577E8" w:rsidRDefault="00FA2A60">
            <w:proofErr w:type="spellStart"/>
            <w:r>
              <w:rPr>
                <w:b/>
                <w:sz w:val="16"/>
              </w:rPr>
              <w:t>Nivo</w:t>
            </w:r>
            <w:proofErr w:type="spellEnd"/>
          </w:p>
        </w:tc>
        <w:tc>
          <w:tcPr>
            <w:tcW w:w="6520" w:type="dxa"/>
            <w:shd w:val="clear" w:color="auto" w:fill="D9EAF7"/>
            <w:vAlign w:val="center"/>
          </w:tcPr>
          <w:p w14:paraId="17E0C406" w14:textId="77777777" w:rsidR="00A577E8" w:rsidRDefault="00FA2A60">
            <w:proofErr w:type="spellStart"/>
            <w:r>
              <w:rPr>
                <w:b/>
                <w:sz w:val="16"/>
              </w:rPr>
              <w:t>Postupanje</w:t>
            </w:r>
            <w:proofErr w:type="spellEnd"/>
          </w:p>
        </w:tc>
      </w:tr>
      <w:tr w:rsidR="00A577E8" w14:paraId="68887B97" w14:textId="77777777">
        <w:trPr>
          <w:jc w:val="center"/>
        </w:trPr>
        <w:tc>
          <w:tcPr>
            <w:tcW w:w="1134" w:type="dxa"/>
            <w:vAlign w:val="center"/>
          </w:tcPr>
          <w:p w14:paraId="60003771" w14:textId="77777777" w:rsidR="00A577E8" w:rsidRDefault="00FA2A60">
            <w:r>
              <w:rPr>
                <w:sz w:val="16"/>
              </w:rPr>
              <w:t>1–4</w:t>
            </w:r>
          </w:p>
        </w:tc>
        <w:tc>
          <w:tcPr>
            <w:tcW w:w="1417" w:type="dxa"/>
            <w:vAlign w:val="center"/>
          </w:tcPr>
          <w:p w14:paraId="035BE191" w14:textId="77777777" w:rsidR="00A577E8" w:rsidRDefault="00FA2A60">
            <w:proofErr w:type="spellStart"/>
            <w:r>
              <w:rPr>
                <w:sz w:val="16"/>
              </w:rPr>
              <w:t>Nizak</w:t>
            </w:r>
            <w:proofErr w:type="spellEnd"/>
          </w:p>
        </w:tc>
        <w:tc>
          <w:tcPr>
            <w:tcW w:w="6520" w:type="dxa"/>
            <w:vAlign w:val="center"/>
          </w:tcPr>
          <w:p w14:paraId="76E92049" w14:textId="77777777" w:rsidR="00A577E8" w:rsidRDefault="00FA2A60">
            <w:proofErr w:type="spellStart"/>
            <w:r>
              <w:rPr>
                <w:sz w:val="16"/>
              </w:rPr>
              <w:t>Praćenje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postojećih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kontrola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6BCBF6E0" w14:textId="77777777">
        <w:trPr>
          <w:jc w:val="center"/>
        </w:trPr>
        <w:tc>
          <w:tcPr>
            <w:tcW w:w="1134" w:type="dxa"/>
            <w:vAlign w:val="center"/>
          </w:tcPr>
          <w:p w14:paraId="56FA3F6C" w14:textId="77777777" w:rsidR="00A577E8" w:rsidRDefault="00FA2A60">
            <w:r>
              <w:rPr>
                <w:sz w:val="16"/>
              </w:rPr>
              <w:t>5–9</w:t>
            </w:r>
          </w:p>
        </w:tc>
        <w:tc>
          <w:tcPr>
            <w:tcW w:w="1417" w:type="dxa"/>
            <w:vAlign w:val="center"/>
          </w:tcPr>
          <w:p w14:paraId="595FFDD5" w14:textId="77777777" w:rsidR="00A577E8" w:rsidRDefault="00FA2A60">
            <w:proofErr w:type="spellStart"/>
            <w:r>
              <w:rPr>
                <w:sz w:val="16"/>
              </w:rPr>
              <w:t>Umjeren</w:t>
            </w:r>
            <w:proofErr w:type="spellEnd"/>
          </w:p>
        </w:tc>
        <w:tc>
          <w:tcPr>
            <w:tcW w:w="6520" w:type="dxa"/>
            <w:vAlign w:val="center"/>
          </w:tcPr>
          <w:p w14:paraId="5299A7EC" w14:textId="77777777" w:rsidR="00A577E8" w:rsidRDefault="00FA2A60">
            <w:proofErr w:type="spellStart"/>
            <w:r>
              <w:rPr>
                <w:sz w:val="16"/>
              </w:rPr>
              <w:t>Uvesti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pojačati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preventivne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kontrole</w:t>
            </w:r>
            <w:proofErr w:type="spellEnd"/>
            <w:r>
              <w:rPr>
                <w:sz w:val="16"/>
              </w:rPr>
              <w:t xml:space="preserve"> u </w:t>
            </w:r>
            <w:proofErr w:type="spellStart"/>
            <w:r>
              <w:rPr>
                <w:sz w:val="16"/>
              </w:rPr>
              <w:t>redovnom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roku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005BD49A" w14:textId="77777777">
        <w:trPr>
          <w:jc w:val="center"/>
        </w:trPr>
        <w:tc>
          <w:tcPr>
            <w:tcW w:w="1134" w:type="dxa"/>
            <w:vAlign w:val="center"/>
          </w:tcPr>
          <w:p w14:paraId="0ACAF008" w14:textId="77777777" w:rsidR="00A577E8" w:rsidRDefault="00FA2A60">
            <w:r>
              <w:rPr>
                <w:sz w:val="16"/>
              </w:rPr>
              <w:t>10–16</w:t>
            </w:r>
          </w:p>
        </w:tc>
        <w:tc>
          <w:tcPr>
            <w:tcW w:w="1417" w:type="dxa"/>
            <w:vAlign w:val="center"/>
          </w:tcPr>
          <w:p w14:paraId="266711BD" w14:textId="77777777" w:rsidR="00A577E8" w:rsidRDefault="00FA2A60">
            <w:proofErr w:type="spellStart"/>
            <w:r>
              <w:rPr>
                <w:sz w:val="16"/>
              </w:rPr>
              <w:t>Visok</w:t>
            </w:r>
            <w:proofErr w:type="spellEnd"/>
          </w:p>
        </w:tc>
        <w:tc>
          <w:tcPr>
            <w:tcW w:w="6520" w:type="dxa"/>
            <w:vAlign w:val="center"/>
          </w:tcPr>
          <w:p w14:paraId="5B20474A" w14:textId="77777777" w:rsidR="00A577E8" w:rsidRDefault="00FA2A60">
            <w:proofErr w:type="spellStart"/>
            <w:r>
              <w:rPr>
                <w:sz w:val="16"/>
              </w:rPr>
              <w:t>Prioritetna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rok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praćenje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najmanje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kvartalno</w:t>
            </w:r>
            <w:proofErr w:type="spellEnd"/>
            <w:r>
              <w:rPr>
                <w:sz w:val="16"/>
              </w:rPr>
              <w:t>.</w:t>
            </w:r>
          </w:p>
        </w:tc>
      </w:tr>
      <w:tr w:rsidR="00A577E8" w14:paraId="1A1F3569" w14:textId="77777777">
        <w:trPr>
          <w:jc w:val="center"/>
        </w:trPr>
        <w:tc>
          <w:tcPr>
            <w:tcW w:w="1134" w:type="dxa"/>
            <w:vAlign w:val="center"/>
          </w:tcPr>
          <w:p w14:paraId="5DF7CEF1" w14:textId="77777777" w:rsidR="00A577E8" w:rsidRDefault="00FA2A60">
            <w:r>
              <w:rPr>
                <w:sz w:val="16"/>
              </w:rPr>
              <w:t>17–25</w:t>
            </w:r>
          </w:p>
        </w:tc>
        <w:tc>
          <w:tcPr>
            <w:tcW w:w="1417" w:type="dxa"/>
            <w:vAlign w:val="center"/>
          </w:tcPr>
          <w:p w14:paraId="06CAD9D5" w14:textId="77777777" w:rsidR="00A577E8" w:rsidRDefault="00FA2A60">
            <w:proofErr w:type="spellStart"/>
            <w:r>
              <w:rPr>
                <w:sz w:val="16"/>
              </w:rPr>
              <w:t>Vrlo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visok</w:t>
            </w:r>
            <w:proofErr w:type="spellEnd"/>
          </w:p>
        </w:tc>
        <w:tc>
          <w:tcPr>
            <w:tcW w:w="6520" w:type="dxa"/>
            <w:vAlign w:val="center"/>
          </w:tcPr>
          <w:p w14:paraId="2F137FEB" w14:textId="77777777" w:rsidR="00A577E8" w:rsidRDefault="00FA2A60">
            <w:proofErr w:type="spellStart"/>
            <w:r>
              <w:rPr>
                <w:sz w:val="16"/>
              </w:rPr>
              <w:t>Hitna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neposredno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praćenje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rukovodstva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detaljno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izvještavanje</w:t>
            </w:r>
            <w:proofErr w:type="spellEnd"/>
            <w:r>
              <w:rPr>
                <w:sz w:val="16"/>
              </w:rPr>
              <w:t>.</w:t>
            </w:r>
          </w:p>
        </w:tc>
      </w:tr>
    </w:tbl>
    <w:p w14:paraId="3A50CB38" w14:textId="77777777" w:rsidR="00A577E8" w:rsidRDefault="00A577E8"/>
    <w:p w14:paraId="48910786" w14:textId="77777777" w:rsidR="00A577E8" w:rsidRDefault="00FA2A60">
      <w:proofErr w:type="spellStart"/>
      <w:r>
        <w:t>Matrica</w:t>
      </w:r>
      <w:proofErr w:type="spellEnd"/>
      <w:r>
        <w:t xml:space="preserve"> 5×5: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37"/>
        <w:gridCol w:w="1474"/>
        <w:gridCol w:w="1474"/>
        <w:gridCol w:w="1474"/>
        <w:gridCol w:w="1474"/>
        <w:gridCol w:w="1474"/>
      </w:tblGrid>
      <w:tr w:rsidR="00A577E8" w14:paraId="278D61F7" w14:textId="77777777">
        <w:trPr>
          <w:jc w:val="center"/>
        </w:trPr>
        <w:tc>
          <w:tcPr>
            <w:tcW w:w="737" w:type="dxa"/>
            <w:shd w:val="clear" w:color="auto" w:fill="D9EAF7"/>
            <w:vAlign w:val="center"/>
          </w:tcPr>
          <w:p w14:paraId="7EDA73E5" w14:textId="77777777" w:rsidR="00A577E8" w:rsidRDefault="00FA2A60">
            <w:r>
              <w:rPr>
                <w:b/>
                <w:sz w:val="16"/>
              </w:rPr>
              <w:t>V\U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1D9D1EB1" w14:textId="77777777" w:rsidR="00A577E8" w:rsidRDefault="00FA2A60">
            <w:r>
              <w:rPr>
                <w:b/>
                <w:sz w:val="16"/>
              </w:rPr>
              <w:t>1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2FAF2193" w14:textId="77777777" w:rsidR="00A577E8" w:rsidRDefault="00FA2A60">
            <w:r>
              <w:rPr>
                <w:b/>
                <w:sz w:val="16"/>
              </w:rPr>
              <w:t>2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6CA7E3DC" w14:textId="77777777" w:rsidR="00A577E8" w:rsidRDefault="00FA2A60">
            <w:r>
              <w:rPr>
                <w:b/>
                <w:sz w:val="16"/>
              </w:rPr>
              <w:t>3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7FDD587E" w14:textId="77777777" w:rsidR="00A577E8" w:rsidRDefault="00FA2A60">
            <w:r>
              <w:rPr>
                <w:b/>
                <w:sz w:val="16"/>
              </w:rPr>
              <w:t>4</w:t>
            </w:r>
          </w:p>
        </w:tc>
        <w:tc>
          <w:tcPr>
            <w:tcW w:w="1474" w:type="dxa"/>
            <w:shd w:val="clear" w:color="auto" w:fill="D9EAF7"/>
            <w:vAlign w:val="center"/>
          </w:tcPr>
          <w:p w14:paraId="6998D76D" w14:textId="77777777" w:rsidR="00A577E8" w:rsidRDefault="00FA2A60">
            <w:r>
              <w:rPr>
                <w:b/>
                <w:sz w:val="16"/>
              </w:rPr>
              <w:t>5</w:t>
            </w:r>
          </w:p>
        </w:tc>
      </w:tr>
      <w:tr w:rsidR="00A577E8" w14:paraId="725DA9B0" w14:textId="77777777">
        <w:trPr>
          <w:jc w:val="center"/>
        </w:trPr>
        <w:tc>
          <w:tcPr>
            <w:tcW w:w="737" w:type="dxa"/>
            <w:vAlign w:val="center"/>
          </w:tcPr>
          <w:p w14:paraId="75F413C0" w14:textId="77777777" w:rsidR="00A577E8" w:rsidRDefault="00FA2A60">
            <w:r>
              <w:rPr>
                <w:sz w:val="16"/>
              </w:rPr>
              <w:t>5</w:t>
            </w:r>
          </w:p>
        </w:tc>
        <w:tc>
          <w:tcPr>
            <w:tcW w:w="1474" w:type="dxa"/>
            <w:vAlign w:val="center"/>
          </w:tcPr>
          <w:p w14:paraId="2FA6907B" w14:textId="77777777" w:rsidR="00A577E8" w:rsidRDefault="00FA2A60">
            <w:r>
              <w:rPr>
                <w:sz w:val="16"/>
              </w:rPr>
              <w:t>5 (U)</w:t>
            </w:r>
          </w:p>
        </w:tc>
        <w:tc>
          <w:tcPr>
            <w:tcW w:w="1474" w:type="dxa"/>
            <w:vAlign w:val="center"/>
          </w:tcPr>
          <w:p w14:paraId="24018F89" w14:textId="77777777" w:rsidR="00A577E8" w:rsidRDefault="00FA2A60">
            <w:r>
              <w:rPr>
                <w:sz w:val="16"/>
              </w:rPr>
              <w:t>10 (V)</w:t>
            </w:r>
          </w:p>
        </w:tc>
        <w:tc>
          <w:tcPr>
            <w:tcW w:w="1474" w:type="dxa"/>
            <w:vAlign w:val="center"/>
          </w:tcPr>
          <w:p w14:paraId="6AEC2DDE" w14:textId="77777777" w:rsidR="00A577E8" w:rsidRDefault="00FA2A60">
            <w:r>
              <w:rPr>
                <w:sz w:val="16"/>
              </w:rPr>
              <w:t>15 (V)</w:t>
            </w:r>
          </w:p>
        </w:tc>
        <w:tc>
          <w:tcPr>
            <w:tcW w:w="1474" w:type="dxa"/>
            <w:vAlign w:val="center"/>
          </w:tcPr>
          <w:p w14:paraId="01A89936" w14:textId="77777777" w:rsidR="00A577E8" w:rsidRDefault="00FA2A60">
            <w:r>
              <w:rPr>
                <w:sz w:val="16"/>
              </w:rPr>
              <w:t>20 (VV)</w:t>
            </w:r>
          </w:p>
        </w:tc>
        <w:tc>
          <w:tcPr>
            <w:tcW w:w="1474" w:type="dxa"/>
            <w:vAlign w:val="center"/>
          </w:tcPr>
          <w:p w14:paraId="3C0A4DF6" w14:textId="77777777" w:rsidR="00A577E8" w:rsidRDefault="00FA2A60">
            <w:r>
              <w:rPr>
                <w:sz w:val="16"/>
              </w:rPr>
              <w:t>25 (VV)</w:t>
            </w:r>
          </w:p>
        </w:tc>
      </w:tr>
      <w:tr w:rsidR="00A577E8" w14:paraId="49932714" w14:textId="77777777">
        <w:trPr>
          <w:jc w:val="center"/>
        </w:trPr>
        <w:tc>
          <w:tcPr>
            <w:tcW w:w="737" w:type="dxa"/>
            <w:vAlign w:val="center"/>
          </w:tcPr>
          <w:p w14:paraId="0E43A9A5" w14:textId="77777777" w:rsidR="00A577E8" w:rsidRDefault="00FA2A60">
            <w:r>
              <w:rPr>
                <w:sz w:val="16"/>
              </w:rPr>
              <w:t>4</w:t>
            </w:r>
          </w:p>
        </w:tc>
        <w:tc>
          <w:tcPr>
            <w:tcW w:w="1474" w:type="dxa"/>
            <w:vAlign w:val="center"/>
          </w:tcPr>
          <w:p w14:paraId="54CFD736" w14:textId="77777777" w:rsidR="00A577E8" w:rsidRDefault="00FA2A60">
            <w:r>
              <w:rPr>
                <w:sz w:val="16"/>
              </w:rPr>
              <w:t>4 (N)</w:t>
            </w:r>
          </w:p>
        </w:tc>
        <w:tc>
          <w:tcPr>
            <w:tcW w:w="1474" w:type="dxa"/>
            <w:vAlign w:val="center"/>
          </w:tcPr>
          <w:p w14:paraId="44801C44" w14:textId="77777777" w:rsidR="00A577E8" w:rsidRDefault="00FA2A60">
            <w:r>
              <w:rPr>
                <w:sz w:val="16"/>
              </w:rPr>
              <w:t>8 (U)</w:t>
            </w:r>
          </w:p>
        </w:tc>
        <w:tc>
          <w:tcPr>
            <w:tcW w:w="1474" w:type="dxa"/>
            <w:vAlign w:val="center"/>
          </w:tcPr>
          <w:p w14:paraId="01C93AE4" w14:textId="77777777" w:rsidR="00A577E8" w:rsidRDefault="00FA2A60">
            <w:r>
              <w:rPr>
                <w:sz w:val="16"/>
              </w:rPr>
              <w:t>12 (V)</w:t>
            </w:r>
          </w:p>
        </w:tc>
        <w:tc>
          <w:tcPr>
            <w:tcW w:w="1474" w:type="dxa"/>
            <w:vAlign w:val="center"/>
          </w:tcPr>
          <w:p w14:paraId="1FE4FCAB" w14:textId="77777777" w:rsidR="00A577E8" w:rsidRDefault="00FA2A60">
            <w:r>
              <w:rPr>
                <w:sz w:val="16"/>
              </w:rPr>
              <w:t>16 (V)</w:t>
            </w:r>
          </w:p>
        </w:tc>
        <w:tc>
          <w:tcPr>
            <w:tcW w:w="1474" w:type="dxa"/>
            <w:vAlign w:val="center"/>
          </w:tcPr>
          <w:p w14:paraId="2EBDFCAC" w14:textId="77777777" w:rsidR="00A577E8" w:rsidRDefault="00FA2A60">
            <w:r>
              <w:rPr>
                <w:sz w:val="16"/>
              </w:rPr>
              <w:t>20 (VV)</w:t>
            </w:r>
          </w:p>
        </w:tc>
      </w:tr>
      <w:tr w:rsidR="00A577E8" w14:paraId="3BE724AC" w14:textId="77777777">
        <w:trPr>
          <w:jc w:val="center"/>
        </w:trPr>
        <w:tc>
          <w:tcPr>
            <w:tcW w:w="737" w:type="dxa"/>
            <w:vAlign w:val="center"/>
          </w:tcPr>
          <w:p w14:paraId="2D4F06E1" w14:textId="77777777" w:rsidR="00A577E8" w:rsidRDefault="00FA2A60">
            <w:r>
              <w:rPr>
                <w:sz w:val="16"/>
              </w:rPr>
              <w:lastRenderedPageBreak/>
              <w:t>3</w:t>
            </w:r>
          </w:p>
        </w:tc>
        <w:tc>
          <w:tcPr>
            <w:tcW w:w="1474" w:type="dxa"/>
            <w:vAlign w:val="center"/>
          </w:tcPr>
          <w:p w14:paraId="4BC7ACB2" w14:textId="77777777" w:rsidR="00A577E8" w:rsidRDefault="00FA2A60">
            <w:r>
              <w:rPr>
                <w:sz w:val="16"/>
              </w:rPr>
              <w:t>3 (N)</w:t>
            </w:r>
          </w:p>
        </w:tc>
        <w:tc>
          <w:tcPr>
            <w:tcW w:w="1474" w:type="dxa"/>
            <w:vAlign w:val="center"/>
          </w:tcPr>
          <w:p w14:paraId="46390307" w14:textId="77777777" w:rsidR="00A577E8" w:rsidRDefault="00FA2A60">
            <w:r>
              <w:rPr>
                <w:sz w:val="16"/>
              </w:rPr>
              <w:t>6 (U)</w:t>
            </w:r>
          </w:p>
        </w:tc>
        <w:tc>
          <w:tcPr>
            <w:tcW w:w="1474" w:type="dxa"/>
            <w:vAlign w:val="center"/>
          </w:tcPr>
          <w:p w14:paraId="1435FFA2" w14:textId="77777777" w:rsidR="00A577E8" w:rsidRDefault="00FA2A60">
            <w:r>
              <w:rPr>
                <w:sz w:val="16"/>
              </w:rPr>
              <w:t>9 (U)</w:t>
            </w:r>
          </w:p>
        </w:tc>
        <w:tc>
          <w:tcPr>
            <w:tcW w:w="1474" w:type="dxa"/>
            <w:vAlign w:val="center"/>
          </w:tcPr>
          <w:p w14:paraId="769CA664" w14:textId="77777777" w:rsidR="00A577E8" w:rsidRDefault="00FA2A60">
            <w:r>
              <w:rPr>
                <w:sz w:val="16"/>
              </w:rPr>
              <w:t>12 (V)</w:t>
            </w:r>
          </w:p>
        </w:tc>
        <w:tc>
          <w:tcPr>
            <w:tcW w:w="1474" w:type="dxa"/>
            <w:vAlign w:val="center"/>
          </w:tcPr>
          <w:p w14:paraId="72A84189" w14:textId="77777777" w:rsidR="00A577E8" w:rsidRDefault="00FA2A60">
            <w:r>
              <w:rPr>
                <w:sz w:val="16"/>
              </w:rPr>
              <w:t>15 (V)</w:t>
            </w:r>
          </w:p>
        </w:tc>
      </w:tr>
      <w:tr w:rsidR="00A577E8" w14:paraId="44A5194B" w14:textId="77777777">
        <w:trPr>
          <w:jc w:val="center"/>
        </w:trPr>
        <w:tc>
          <w:tcPr>
            <w:tcW w:w="737" w:type="dxa"/>
            <w:vAlign w:val="center"/>
          </w:tcPr>
          <w:p w14:paraId="2D76B6B9" w14:textId="77777777" w:rsidR="00A577E8" w:rsidRDefault="00FA2A60">
            <w:r>
              <w:rPr>
                <w:sz w:val="16"/>
              </w:rPr>
              <w:t>2</w:t>
            </w:r>
          </w:p>
        </w:tc>
        <w:tc>
          <w:tcPr>
            <w:tcW w:w="1474" w:type="dxa"/>
            <w:vAlign w:val="center"/>
          </w:tcPr>
          <w:p w14:paraId="3E4CA1B0" w14:textId="77777777" w:rsidR="00A577E8" w:rsidRDefault="00FA2A60">
            <w:r>
              <w:rPr>
                <w:sz w:val="16"/>
              </w:rPr>
              <w:t>2 (N)</w:t>
            </w:r>
          </w:p>
        </w:tc>
        <w:tc>
          <w:tcPr>
            <w:tcW w:w="1474" w:type="dxa"/>
            <w:vAlign w:val="center"/>
          </w:tcPr>
          <w:p w14:paraId="1CE3A58C" w14:textId="77777777" w:rsidR="00A577E8" w:rsidRDefault="00FA2A60">
            <w:r>
              <w:rPr>
                <w:sz w:val="16"/>
              </w:rPr>
              <w:t>4 (N)</w:t>
            </w:r>
          </w:p>
        </w:tc>
        <w:tc>
          <w:tcPr>
            <w:tcW w:w="1474" w:type="dxa"/>
            <w:vAlign w:val="center"/>
          </w:tcPr>
          <w:p w14:paraId="64529FB5" w14:textId="77777777" w:rsidR="00A577E8" w:rsidRDefault="00FA2A60">
            <w:r>
              <w:rPr>
                <w:sz w:val="16"/>
              </w:rPr>
              <w:t>6 (U)</w:t>
            </w:r>
          </w:p>
        </w:tc>
        <w:tc>
          <w:tcPr>
            <w:tcW w:w="1474" w:type="dxa"/>
            <w:vAlign w:val="center"/>
          </w:tcPr>
          <w:p w14:paraId="50C5D744" w14:textId="77777777" w:rsidR="00A577E8" w:rsidRDefault="00FA2A60">
            <w:r>
              <w:rPr>
                <w:sz w:val="16"/>
              </w:rPr>
              <w:t>8 (U)</w:t>
            </w:r>
          </w:p>
        </w:tc>
        <w:tc>
          <w:tcPr>
            <w:tcW w:w="1474" w:type="dxa"/>
            <w:vAlign w:val="center"/>
          </w:tcPr>
          <w:p w14:paraId="50E036DA" w14:textId="77777777" w:rsidR="00A577E8" w:rsidRDefault="00FA2A60">
            <w:r>
              <w:rPr>
                <w:sz w:val="16"/>
              </w:rPr>
              <w:t>10 (V)</w:t>
            </w:r>
          </w:p>
        </w:tc>
      </w:tr>
      <w:tr w:rsidR="00A577E8" w14:paraId="4F746449" w14:textId="77777777">
        <w:trPr>
          <w:jc w:val="center"/>
        </w:trPr>
        <w:tc>
          <w:tcPr>
            <w:tcW w:w="737" w:type="dxa"/>
            <w:vAlign w:val="center"/>
          </w:tcPr>
          <w:p w14:paraId="0CC832C2" w14:textId="77777777" w:rsidR="00A577E8" w:rsidRDefault="00FA2A60">
            <w:r>
              <w:rPr>
                <w:sz w:val="16"/>
              </w:rPr>
              <w:t>1</w:t>
            </w:r>
          </w:p>
        </w:tc>
        <w:tc>
          <w:tcPr>
            <w:tcW w:w="1474" w:type="dxa"/>
            <w:vAlign w:val="center"/>
          </w:tcPr>
          <w:p w14:paraId="774FEE27" w14:textId="77777777" w:rsidR="00A577E8" w:rsidRDefault="00FA2A60">
            <w:r>
              <w:rPr>
                <w:sz w:val="16"/>
              </w:rPr>
              <w:t>1 (N)</w:t>
            </w:r>
          </w:p>
        </w:tc>
        <w:tc>
          <w:tcPr>
            <w:tcW w:w="1474" w:type="dxa"/>
            <w:vAlign w:val="center"/>
          </w:tcPr>
          <w:p w14:paraId="5070386A" w14:textId="77777777" w:rsidR="00A577E8" w:rsidRDefault="00FA2A60">
            <w:r>
              <w:rPr>
                <w:sz w:val="16"/>
              </w:rPr>
              <w:t>2 (N)</w:t>
            </w:r>
          </w:p>
        </w:tc>
        <w:tc>
          <w:tcPr>
            <w:tcW w:w="1474" w:type="dxa"/>
            <w:vAlign w:val="center"/>
          </w:tcPr>
          <w:p w14:paraId="7C312A39" w14:textId="77777777" w:rsidR="00A577E8" w:rsidRDefault="00FA2A60">
            <w:r>
              <w:rPr>
                <w:sz w:val="16"/>
              </w:rPr>
              <w:t>3 (N)</w:t>
            </w:r>
          </w:p>
        </w:tc>
        <w:tc>
          <w:tcPr>
            <w:tcW w:w="1474" w:type="dxa"/>
            <w:vAlign w:val="center"/>
          </w:tcPr>
          <w:p w14:paraId="052DC63F" w14:textId="77777777" w:rsidR="00A577E8" w:rsidRDefault="00FA2A60">
            <w:r>
              <w:rPr>
                <w:sz w:val="16"/>
              </w:rPr>
              <w:t>4 (N)</w:t>
            </w:r>
          </w:p>
        </w:tc>
        <w:tc>
          <w:tcPr>
            <w:tcW w:w="1474" w:type="dxa"/>
            <w:vAlign w:val="center"/>
          </w:tcPr>
          <w:p w14:paraId="481B03FA" w14:textId="77777777" w:rsidR="00A577E8" w:rsidRDefault="00FA2A60">
            <w:r>
              <w:rPr>
                <w:sz w:val="16"/>
              </w:rPr>
              <w:t>5 (U)</w:t>
            </w:r>
          </w:p>
        </w:tc>
      </w:tr>
    </w:tbl>
    <w:p w14:paraId="3F3835E3" w14:textId="77777777" w:rsidR="00A577E8" w:rsidRDefault="00A577E8"/>
    <w:p w14:paraId="6A78187C" w14:textId="77777777" w:rsidR="00A577E8" w:rsidRDefault="00FA2A60">
      <w:r>
        <w:br w:type="page"/>
      </w:r>
    </w:p>
    <w:p w14:paraId="1C5030C7" w14:textId="09B34E68" w:rsidR="00A577E8" w:rsidRDefault="00FA2A60">
      <w:pPr>
        <w:pStyle w:val="Naslov1"/>
      </w:pPr>
      <w:r>
        <w:lastRenderedPageBreak/>
        <w:t>9. REGISTAR PROCJENJENIH RIZIKA – 3</w:t>
      </w:r>
      <w:r w:rsidR="000C6BE7">
        <w:t>4</w:t>
      </w:r>
      <w:r>
        <w:t xml:space="preserve"> KONKRETNIH RIZIKA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247"/>
        <w:gridCol w:w="4195"/>
        <w:gridCol w:w="397"/>
        <w:gridCol w:w="397"/>
        <w:gridCol w:w="489"/>
        <w:gridCol w:w="1010"/>
      </w:tblGrid>
      <w:tr w:rsidR="00A577E8" w:rsidRPr="000C6BE7" w14:paraId="4BA11248" w14:textId="77777777" w:rsidTr="000C6BE7">
        <w:trPr>
          <w:jc w:val="center"/>
        </w:trPr>
        <w:tc>
          <w:tcPr>
            <w:tcW w:w="567" w:type="dxa"/>
            <w:shd w:val="clear" w:color="auto" w:fill="D9EAF7"/>
            <w:vAlign w:val="center"/>
          </w:tcPr>
          <w:p w14:paraId="4B6C1311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b/>
                <w:sz w:val="14"/>
                <w:szCs w:val="14"/>
              </w:rPr>
              <w:t>ID</w:t>
            </w:r>
          </w:p>
        </w:tc>
        <w:tc>
          <w:tcPr>
            <w:tcW w:w="1247" w:type="dxa"/>
            <w:shd w:val="clear" w:color="auto" w:fill="D9EAF7"/>
            <w:vAlign w:val="center"/>
          </w:tcPr>
          <w:p w14:paraId="0C2445AD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b/>
                <w:sz w:val="14"/>
                <w:szCs w:val="14"/>
              </w:rPr>
              <w:t>Oblast</w:t>
            </w:r>
          </w:p>
        </w:tc>
        <w:tc>
          <w:tcPr>
            <w:tcW w:w="4195" w:type="dxa"/>
            <w:shd w:val="clear" w:color="auto" w:fill="D9EAF7"/>
            <w:vAlign w:val="center"/>
          </w:tcPr>
          <w:p w14:paraId="6691B0CC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b/>
                <w:sz w:val="14"/>
                <w:szCs w:val="14"/>
              </w:rPr>
              <w:t>Rizik</w:t>
            </w:r>
            <w:proofErr w:type="spellEnd"/>
          </w:p>
        </w:tc>
        <w:tc>
          <w:tcPr>
            <w:tcW w:w="397" w:type="dxa"/>
            <w:shd w:val="clear" w:color="auto" w:fill="D9EAF7"/>
            <w:vAlign w:val="center"/>
          </w:tcPr>
          <w:p w14:paraId="7E386FBA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b/>
                <w:sz w:val="14"/>
                <w:szCs w:val="14"/>
              </w:rPr>
              <w:t>V</w:t>
            </w:r>
          </w:p>
        </w:tc>
        <w:tc>
          <w:tcPr>
            <w:tcW w:w="397" w:type="dxa"/>
            <w:shd w:val="clear" w:color="auto" w:fill="D9EAF7"/>
            <w:vAlign w:val="center"/>
          </w:tcPr>
          <w:p w14:paraId="562328CE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b/>
                <w:sz w:val="14"/>
                <w:szCs w:val="14"/>
              </w:rPr>
              <w:t>U</w:t>
            </w:r>
          </w:p>
        </w:tc>
        <w:tc>
          <w:tcPr>
            <w:tcW w:w="489" w:type="dxa"/>
            <w:shd w:val="clear" w:color="auto" w:fill="D9EAF7"/>
            <w:vAlign w:val="center"/>
          </w:tcPr>
          <w:p w14:paraId="1DE158F4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b/>
                <w:sz w:val="14"/>
                <w:szCs w:val="14"/>
              </w:rPr>
              <w:t>Bod</w:t>
            </w:r>
          </w:p>
        </w:tc>
        <w:tc>
          <w:tcPr>
            <w:tcW w:w="1010" w:type="dxa"/>
            <w:shd w:val="clear" w:color="auto" w:fill="D9EAF7"/>
            <w:vAlign w:val="center"/>
          </w:tcPr>
          <w:p w14:paraId="691E549E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b/>
                <w:sz w:val="14"/>
                <w:szCs w:val="14"/>
              </w:rPr>
              <w:t>Nivo</w:t>
            </w:r>
            <w:proofErr w:type="spellEnd"/>
          </w:p>
        </w:tc>
      </w:tr>
      <w:tr w:rsidR="00A577E8" w:rsidRPr="000C6BE7" w14:paraId="6C1E9218" w14:textId="77777777" w:rsidTr="000C6BE7">
        <w:trPr>
          <w:jc w:val="center"/>
        </w:trPr>
        <w:tc>
          <w:tcPr>
            <w:tcW w:w="567" w:type="dxa"/>
            <w:vAlign w:val="center"/>
          </w:tcPr>
          <w:p w14:paraId="7D4728AC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R01</w:t>
            </w:r>
          </w:p>
        </w:tc>
        <w:tc>
          <w:tcPr>
            <w:tcW w:w="1247" w:type="dxa"/>
            <w:vAlign w:val="center"/>
          </w:tcPr>
          <w:p w14:paraId="2DF04A7E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Zapošljavanje</w:t>
            </w:r>
            <w:proofErr w:type="spellEnd"/>
          </w:p>
        </w:tc>
        <w:tc>
          <w:tcPr>
            <w:tcW w:w="4195" w:type="dxa"/>
            <w:vAlign w:val="center"/>
          </w:tcPr>
          <w:p w14:paraId="76668EEC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Pogodovanje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kandidatu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nedovoljno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objektivan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izbor</w:t>
            </w:r>
            <w:proofErr w:type="spellEnd"/>
          </w:p>
        </w:tc>
        <w:tc>
          <w:tcPr>
            <w:tcW w:w="397" w:type="dxa"/>
            <w:vAlign w:val="center"/>
          </w:tcPr>
          <w:p w14:paraId="5785FB0E" w14:textId="28099826" w:rsidR="00A577E8" w:rsidRPr="000C6BE7" w:rsidRDefault="000C6BE7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49FD23B9" w14:textId="3119CD4F" w:rsidR="00A577E8" w:rsidRPr="000C6BE7" w:rsidRDefault="000C6BE7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0F504FAB" w14:textId="45E615E8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5</w:t>
            </w:r>
          </w:p>
        </w:tc>
        <w:tc>
          <w:tcPr>
            <w:tcW w:w="1010" w:type="dxa"/>
            <w:vAlign w:val="center"/>
          </w:tcPr>
          <w:p w14:paraId="170D1656" w14:textId="59C27BF9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Umjeren</w:t>
            </w:r>
            <w:proofErr w:type="spellEnd"/>
          </w:p>
        </w:tc>
      </w:tr>
      <w:tr w:rsidR="00A577E8" w:rsidRPr="000C6BE7" w14:paraId="13C78E2C" w14:textId="77777777" w:rsidTr="000C6BE7">
        <w:trPr>
          <w:jc w:val="center"/>
        </w:trPr>
        <w:tc>
          <w:tcPr>
            <w:tcW w:w="567" w:type="dxa"/>
            <w:vAlign w:val="center"/>
          </w:tcPr>
          <w:p w14:paraId="6BD78D0A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R02</w:t>
            </w:r>
          </w:p>
        </w:tc>
        <w:tc>
          <w:tcPr>
            <w:tcW w:w="1247" w:type="dxa"/>
            <w:vAlign w:val="center"/>
          </w:tcPr>
          <w:p w14:paraId="474AAF3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Zapošljavanje</w:t>
            </w:r>
            <w:proofErr w:type="spellEnd"/>
          </w:p>
        </w:tc>
        <w:tc>
          <w:tcPr>
            <w:tcW w:w="4195" w:type="dxa"/>
            <w:vAlign w:val="center"/>
          </w:tcPr>
          <w:p w14:paraId="1731CC0C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Neujednačena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primjena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kriterija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bodovanja</w:t>
            </w:r>
            <w:proofErr w:type="spellEnd"/>
          </w:p>
        </w:tc>
        <w:tc>
          <w:tcPr>
            <w:tcW w:w="397" w:type="dxa"/>
            <w:vAlign w:val="center"/>
          </w:tcPr>
          <w:p w14:paraId="6C6D98C3" w14:textId="41B02E8D" w:rsidR="00A577E8" w:rsidRPr="000C6BE7" w:rsidRDefault="000C6BE7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438A57B7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2D53F075" w14:textId="3D718691" w:rsidR="00A577E8" w:rsidRPr="000C6BE7" w:rsidRDefault="000C6BE7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5</w:t>
            </w:r>
          </w:p>
        </w:tc>
        <w:tc>
          <w:tcPr>
            <w:tcW w:w="1010" w:type="dxa"/>
            <w:vAlign w:val="center"/>
          </w:tcPr>
          <w:p w14:paraId="083C7E57" w14:textId="69F304EE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Umjeren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</w:p>
        </w:tc>
      </w:tr>
      <w:tr w:rsidR="00A577E8" w:rsidRPr="000C6BE7" w14:paraId="1F9896E7" w14:textId="77777777" w:rsidTr="000C6BE7">
        <w:trPr>
          <w:jc w:val="center"/>
        </w:trPr>
        <w:tc>
          <w:tcPr>
            <w:tcW w:w="567" w:type="dxa"/>
            <w:vAlign w:val="center"/>
          </w:tcPr>
          <w:p w14:paraId="145D6E2F" w14:textId="05B6A1AA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R0</w:t>
            </w:r>
            <w:r w:rsidR="00112225">
              <w:rPr>
                <w:sz w:val="14"/>
                <w:szCs w:val="14"/>
              </w:rPr>
              <w:t>3</w:t>
            </w:r>
          </w:p>
        </w:tc>
        <w:tc>
          <w:tcPr>
            <w:tcW w:w="1247" w:type="dxa"/>
            <w:vAlign w:val="center"/>
          </w:tcPr>
          <w:p w14:paraId="5F58C28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Zapošljavanje</w:t>
            </w:r>
            <w:proofErr w:type="spellEnd"/>
          </w:p>
        </w:tc>
        <w:tc>
          <w:tcPr>
            <w:tcW w:w="4195" w:type="dxa"/>
            <w:vAlign w:val="center"/>
          </w:tcPr>
          <w:p w14:paraId="6B2CDEB5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Neovlašteno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odavanje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podataka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kandidatima</w:t>
            </w:r>
            <w:proofErr w:type="spellEnd"/>
          </w:p>
        </w:tc>
        <w:tc>
          <w:tcPr>
            <w:tcW w:w="397" w:type="dxa"/>
            <w:vAlign w:val="center"/>
          </w:tcPr>
          <w:p w14:paraId="3368C223" w14:textId="465D04C6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54EC8045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1001C2D1" w14:textId="2E3D446C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010" w:type="dxa"/>
            <w:vAlign w:val="center"/>
          </w:tcPr>
          <w:p w14:paraId="2E9B870C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Umjeren</w:t>
            </w:r>
            <w:proofErr w:type="spellEnd"/>
          </w:p>
        </w:tc>
      </w:tr>
      <w:tr w:rsidR="00A577E8" w:rsidRPr="000C6BE7" w14:paraId="26D7E355" w14:textId="77777777" w:rsidTr="000C6BE7">
        <w:trPr>
          <w:jc w:val="center"/>
        </w:trPr>
        <w:tc>
          <w:tcPr>
            <w:tcW w:w="567" w:type="dxa"/>
            <w:vAlign w:val="center"/>
          </w:tcPr>
          <w:p w14:paraId="78F6C7B5" w14:textId="135C4C0A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R0</w:t>
            </w:r>
            <w:r w:rsidR="00112225">
              <w:rPr>
                <w:sz w:val="14"/>
                <w:szCs w:val="14"/>
              </w:rPr>
              <w:t>4</w:t>
            </w:r>
          </w:p>
        </w:tc>
        <w:tc>
          <w:tcPr>
            <w:tcW w:w="1247" w:type="dxa"/>
            <w:vAlign w:val="center"/>
          </w:tcPr>
          <w:p w14:paraId="2E58589A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Kadrovi</w:t>
            </w:r>
            <w:proofErr w:type="spellEnd"/>
          </w:p>
        </w:tc>
        <w:tc>
          <w:tcPr>
            <w:tcW w:w="4195" w:type="dxa"/>
            <w:vAlign w:val="center"/>
          </w:tcPr>
          <w:p w14:paraId="0E4BE171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Neobjektivna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dodjela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dodatnih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poslova</w:t>
            </w:r>
            <w:proofErr w:type="spellEnd"/>
            <w:r w:rsidRPr="000C6BE7">
              <w:rPr>
                <w:sz w:val="14"/>
                <w:szCs w:val="14"/>
              </w:rPr>
              <w:t xml:space="preserve">, </w:t>
            </w:r>
            <w:proofErr w:type="spellStart"/>
            <w:r w:rsidRPr="000C6BE7">
              <w:rPr>
                <w:sz w:val="14"/>
                <w:szCs w:val="14"/>
              </w:rPr>
              <w:t>komisija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naknada</w:t>
            </w:r>
            <w:proofErr w:type="spellEnd"/>
          </w:p>
        </w:tc>
        <w:tc>
          <w:tcPr>
            <w:tcW w:w="397" w:type="dxa"/>
            <w:vAlign w:val="center"/>
          </w:tcPr>
          <w:p w14:paraId="10146932" w14:textId="52C617B3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397" w:type="dxa"/>
            <w:vAlign w:val="center"/>
          </w:tcPr>
          <w:p w14:paraId="7A145F07" w14:textId="3DA00842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489" w:type="dxa"/>
            <w:vAlign w:val="center"/>
          </w:tcPr>
          <w:p w14:paraId="7A8E94C3" w14:textId="02D7947A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010" w:type="dxa"/>
            <w:vAlign w:val="center"/>
          </w:tcPr>
          <w:p w14:paraId="4AEDFB8B" w14:textId="071BEF5C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Umjeren</w:t>
            </w:r>
            <w:proofErr w:type="spellEnd"/>
          </w:p>
        </w:tc>
      </w:tr>
      <w:tr w:rsidR="00A577E8" w:rsidRPr="000C6BE7" w14:paraId="75A3EB8A" w14:textId="77777777" w:rsidTr="000C6BE7">
        <w:trPr>
          <w:jc w:val="center"/>
        </w:trPr>
        <w:tc>
          <w:tcPr>
            <w:tcW w:w="567" w:type="dxa"/>
            <w:vAlign w:val="center"/>
          </w:tcPr>
          <w:p w14:paraId="2ED25DB4" w14:textId="191C974A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R0</w:t>
            </w:r>
            <w:r w:rsidR="00112225">
              <w:rPr>
                <w:sz w:val="14"/>
                <w:szCs w:val="14"/>
              </w:rPr>
              <w:t>5</w:t>
            </w:r>
          </w:p>
        </w:tc>
        <w:tc>
          <w:tcPr>
            <w:tcW w:w="1247" w:type="dxa"/>
            <w:vAlign w:val="center"/>
          </w:tcPr>
          <w:p w14:paraId="576185C0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Pokloni</w:t>
            </w:r>
            <w:proofErr w:type="spellEnd"/>
          </w:p>
        </w:tc>
        <w:tc>
          <w:tcPr>
            <w:tcW w:w="4195" w:type="dxa"/>
            <w:vAlign w:val="center"/>
          </w:tcPr>
          <w:p w14:paraId="5354FBE7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Primanje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poklona</w:t>
            </w:r>
            <w:proofErr w:type="spellEnd"/>
            <w:r w:rsidRPr="000C6BE7">
              <w:rPr>
                <w:sz w:val="14"/>
                <w:szCs w:val="14"/>
              </w:rPr>
              <w:t xml:space="preserve">, </w:t>
            </w:r>
            <w:proofErr w:type="spellStart"/>
            <w:r w:rsidRPr="000C6BE7">
              <w:rPr>
                <w:sz w:val="14"/>
                <w:szCs w:val="14"/>
              </w:rPr>
              <w:t>usluga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drugih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pogodnosti</w:t>
            </w:r>
            <w:proofErr w:type="spellEnd"/>
          </w:p>
        </w:tc>
        <w:tc>
          <w:tcPr>
            <w:tcW w:w="397" w:type="dxa"/>
            <w:vAlign w:val="center"/>
          </w:tcPr>
          <w:p w14:paraId="7E50AEFF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3</w:t>
            </w:r>
          </w:p>
        </w:tc>
        <w:tc>
          <w:tcPr>
            <w:tcW w:w="397" w:type="dxa"/>
            <w:vAlign w:val="center"/>
          </w:tcPr>
          <w:p w14:paraId="785663EB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2544352B" w14:textId="5899E345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010" w:type="dxa"/>
            <w:vAlign w:val="center"/>
          </w:tcPr>
          <w:p w14:paraId="44B883C5" w14:textId="0AE3C4A5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Umjeren</w:t>
            </w:r>
            <w:proofErr w:type="spellEnd"/>
          </w:p>
        </w:tc>
      </w:tr>
      <w:tr w:rsidR="00A577E8" w:rsidRPr="000C6BE7" w14:paraId="32AF134D" w14:textId="77777777" w:rsidTr="000C6BE7">
        <w:trPr>
          <w:jc w:val="center"/>
        </w:trPr>
        <w:tc>
          <w:tcPr>
            <w:tcW w:w="567" w:type="dxa"/>
            <w:vAlign w:val="center"/>
          </w:tcPr>
          <w:p w14:paraId="2C8FF835" w14:textId="7B20989E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R0</w:t>
            </w:r>
            <w:r w:rsidR="00112225">
              <w:rPr>
                <w:sz w:val="14"/>
                <w:szCs w:val="14"/>
              </w:rPr>
              <w:t>6</w:t>
            </w:r>
          </w:p>
        </w:tc>
        <w:tc>
          <w:tcPr>
            <w:tcW w:w="1247" w:type="dxa"/>
            <w:vAlign w:val="center"/>
          </w:tcPr>
          <w:p w14:paraId="2A31D276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Nastava</w:t>
            </w:r>
            <w:proofErr w:type="spellEnd"/>
          </w:p>
        </w:tc>
        <w:tc>
          <w:tcPr>
            <w:tcW w:w="4195" w:type="dxa"/>
            <w:vAlign w:val="center"/>
          </w:tcPr>
          <w:p w14:paraId="5463BE1A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Nejednak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tretman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učenika</w:t>
            </w:r>
            <w:proofErr w:type="spellEnd"/>
            <w:r w:rsidRPr="000C6BE7">
              <w:rPr>
                <w:sz w:val="14"/>
                <w:szCs w:val="14"/>
              </w:rPr>
              <w:t xml:space="preserve"> u </w:t>
            </w:r>
            <w:proofErr w:type="spellStart"/>
            <w:r w:rsidRPr="000C6BE7">
              <w:rPr>
                <w:sz w:val="14"/>
                <w:szCs w:val="14"/>
              </w:rPr>
              <w:t>nastavi</w:t>
            </w:r>
            <w:proofErr w:type="spellEnd"/>
          </w:p>
        </w:tc>
        <w:tc>
          <w:tcPr>
            <w:tcW w:w="397" w:type="dxa"/>
            <w:vAlign w:val="center"/>
          </w:tcPr>
          <w:p w14:paraId="1180BEFE" w14:textId="75D3FE65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132BDE0F" w14:textId="27975FF2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14F29961" w14:textId="204E4D26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39F2CCFF" w14:textId="6CE4CB0B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5459C889" w14:textId="77777777" w:rsidTr="000C6BE7">
        <w:trPr>
          <w:jc w:val="center"/>
        </w:trPr>
        <w:tc>
          <w:tcPr>
            <w:tcW w:w="567" w:type="dxa"/>
            <w:vAlign w:val="center"/>
          </w:tcPr>
          <w:p w14:paraId="01844173" w14:textId="704309D4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07</w:t>
            </w:r>
          </w:p>
        </w:tc>
        <w:tc>
          <w:tcPr>
            <w:tcW w:w="1247" w:type="dxa"/>
            <w:vAlign w:val="center"/>
          </w:tcPr>
          <w:p w14:paraId="49CF8F66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Ocjenjivanje</w:t>
            </w:r>
            <w:proofErr w:type="spellEnd"/>
          </w:p>
        </w:tc>
        <w:tc>
          <w:tcPr>
            <w:tcW w:w="4195" w:type="dxa"/>
            <w:vAlign w:val="center"/>
          </w:tcPr>
          <w:p w14:paraId="3ABD25DB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Subjektivno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neujednačeno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ocjenjivanje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učenika</w:t>
            </w:r>
            <w:proofErr w:type="spellEnd"/>
          </w:p>
        </w:tc>
        <w:tc>
          <w:tcPr>
            <w:tcW w:w="397" w:type="dxa"/>
            <w:vAlign w:val="center"/>
          </w:tcPr>
          <w:p w14:paraId="056213C9" w14:textId="4DE0A1C1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1E9DB59A" w14:textId="49DCC509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234C9589" w14:textId="5ADC9252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4C117246" w14:textId="73EAF459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7CBF9B34" w14:textId="77777777" w:rsidTr="000C6BE7">
        <w:trPr>
          <w:jc w:val="center"/>
        </w:trPr>
        <w:tc>
          <w:tcPr>
            <w:tcW w:w="567" w:type="dxa"/>
            <w:vAlign w:val="center"/>
          </w:tcPr>
          <w:p w14:paraId="136F1932" w14:textId="4EB2581D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08</w:t>
            </w:r>
          </w:p>
        </w:tc>
        <w:tc>
          <w:tcPr>
            <w:tcW w:w="1247" w:type="dxa"/>
            <w:vAlign w:val="center"/>
          </w:tcPr>
          <w:p w14:paraId="28265C72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Ispiti</w:t>
            </w:r>
            <w:proofErr w:type="spellEnd"/>
          </w:p>
        </w:tc>
        <w:tc>
          <w:tcPr>
            <w:tcW w:w="4195" w:type="dxa"/>
            <w:vAlign w:val="center"/>
          </w:tcPr>
          <w:p w14:paraId="62B54D9D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Neobjektivnost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komisija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prijemnim</w:t>
            </w:r>
            <w:proofErr w:type="spellEnd"/>
            <w:r w:rsidRPr="000C6BE7">
              <w:rPr>
                <w:sz w:val="14"/>
                <w:szCs w:val="14"/>
              </w:rPr>
              <w:t xml:space="preserve">, </w:t>
            </w:r>
            <w:proofErr w:type="spellStart"/>
            <w:r w:rsidRPr="000C6BE7">
              <w:rPr>
                <w:sz w:val="14"/>
                <w:szCs w:val="14"/>
              </w:rPr>
              <w:t>završnim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drugim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ispitima</w:t>
            </w:r>
            <w:proofErr w:type="spellEnd"/>
          </w:p>
        </w:tc>
        <w:tc>
          <w:tcPr>
            <w:tcW w:w="397" w:type="dxa"/>
            <w:vAlign w:val="center"/>
          </w:tcPr>
          <w:p w14:paraId="606F75D2" w14:textId="5F70A9D5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2F07E7CF" w14:textId="542688A0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5D54C6F7" w14:textId="628F527F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1861D89C" w14:textId="265E4678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6429D994" w14:textId="77777777" w:rsidTr="000C6BE7">
        <w:trPr>
          <w:jc w:val="center"/>
        </w:trPr>
        <w:tc>
          <w:tcPr>
            <w:tcW w:w="567" w:type="dxa"/>
            <w:vAlign w:val="center"/>
          </w:tcPr>
          <w:p w14:paraId="0E2A0D65" w14:textId="50C8F66D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09</w:t>
            </w:r>
          </w:p>
        </w:tc>
        <w:tc>
          <w:tcPr>
            <w:tcW w:w="1247" w:type="dxa"/>
            <w:vAlign w:val="center"/>
          </w:tcPr>
          <w:p w14:paraId="7E5099CE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Nagrade</w:t>
            </w:r>
            <w:proofErr w:type="spellEnd"/>
          </w:p>
        </w:tc>
        <w:tc>
          <w:tcPr>
            <w:tcW w:w="4195" w:type="dxa"/>
            <w:vAlign w:val="center"/>
          </w:tcPr>
          <w:p w14:paraId="752963ED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Neobjektivna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dodjela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priznanja</w:t>
            </w:r>
            <w:proofErr w:type="spellEnd"/>
            <w:r w:rsidRPr="000C6BE7">
              <w:rPr>
                <w:sz w:val="14"/>
                <w:szCs w:val="14"/>
              </w:rPr>
              <w:t xml:space="preserve">, </w:t>
            </w:r>
            <w:proofErr w:type="spellStart"/>
            <w:r w:rsidRPr="000C6BE7">
              <w:rPr>
                <w:sz w:val="14"/>
                <w:szCs w:val="14"/>
              </w:rPr>
              <w:t>nagrada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preporuka</w:t>
            </w:r>
            <w:proofErr w:type="spellEnd"/>
          </w:p>
        </w:tc>
        <w:tc>
          <w:tcPr>
            <w:tcW w:w="397" w:type="dxa"/>
            <w:vAlign w:val="center"/>
          </w:tcPr>
          <w:p w14:paraId="4FEB711C" w14:textId="7ABEE0B8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165F1C50" w14:textId="6A0FA2C7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59CDD412" w14:textId="7F56685F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484D9A6B" w14:textId="4283822A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52F8BD81" w14:textId="77777777" w:rsidTr="000C6BE7">
        <w:trPr>
          <w:jc w:val="center"/>
        </w:trPr>
        <w:tc>
          <w:tcPr>
            <w:tcW w:w="567" w:type="dxa"/>
            <w:vAlign w:val="center"/>
          </w:tcPr>
          <w:p w14:paraId="348CF362" w14:textId="76E65570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10</w:t>
            </w:r>
          </w:p>
        </w:tc>
        <w:tc>
          <w:tcPr>
            <w:tcW w:w="1247" w:type="dxa"/>
            <w:vAlign w:val="center"/>
          </w:tcPr>
          <w:p w14:paraId="1E61D0AB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Roditelji</w:t>
            </w:r>
            <w:proofErr w:type="spellEnd"/>
          </w:p>
        </w:tc>
        <w:tc>
          <w:tcPr>
            <w:tcW w:w="4195" w:type="dxa"/>
            <w:vAlign w:val="center"/>
          </w:tcPr>
          <w:p w14:paraId="298EF056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Nedozvoljen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uticaj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roditelja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odluke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zaposlenih</w:t>
            </w:r>
            <w:proofErr w:type="spellEnd"/>
          </w:p>
        </w:tc>
        <w:tc>
          <w:tcPr>
            <w:tcW w:w="397" w:type="dxa"/>
            <w:vAlign w:val="center"/>
          </w:tcPr>
          <w:p w14:paraId="6BA6E044" w14:textId="195615E2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7BF6866A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3B8F7822" w14:textId="2A741C5F" w:rsidR="000C6BE7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010" w:type="dxa"/>
            <w:vAlign w:val="center"/>
          </w:tcPr>
          <w:p w14:paraId="0A009249" w14:textId="12E835B6" w:rsidR="000C6BE7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Umjeren</w:t>
            </w:r>
            <w:proofErr w:type="spellEnd"/>
          </w:p>
        </w:tc>
      </w:tr>
      <w:tr w:rsidR="00A577E8" w:rsidRPr="000C6BE7" w14:paraId="557BFCDE" w14:textId="77777777" w:rsidTr="000C6BE7">
        <w:trPr>
          <w:jc w:val="center"/>
        </w:trPr>
        <w:tc>
          <w:tcPr>
            <w:tcW w:w="567" w:type="dxa"/>
            <w:vAlign w:val="center"/>
          </w:tcPr>
          <w:p w14:paraId="4560E9F6" w14:textId="56D39BDB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11</w:t>
            </w:r>
          </w:p>
        </w:tc>
        <w:tc>
          <w:tcPr>
            <w:tcW w:w="1247" w:type="dxa"/>
            <w:vAlign w:val="center"/>
          </w:tcPr>
          <w:p w14:paraId="31FC6D5E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Uvjerenja</w:t>
            </w:r>
            <w:proofErr w:type="spellEnd"/>
          </w:p>
        </w:tc>
        <w:tc>
          <w:tcPr>
            <w:tcW w:w="4195" w:type="dxa"/>
            <w:vAlign w:val="center"/>
          </w:tcPr>
          <w:p w14:paraId="3BFC7150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Nepravilno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izdavanje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uvjerenja</w:t>
            </w:r>
            <w:proofErr w:type="spellEnd"/>
            <w:r w:rsidRPr="000C6BE7">
              <w:rPr>
                <w:sz w:val="14"/>
                <w:szCs w:val="14"/>
              </w:rPr>
              <w:t xml:space="preserve">, </w:t>
            </w:r>
            <w:proofErr w:type="spellStart"/>
            <w:r w:rsidRPr="000C6BE7">
              <w:rPr>
                <w:sz w:val="14"/>
                <w:szCs w:val="14"/>
              </w:rPr>
              <w:t>potvrda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drugih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isprava</w:t>
            </w:r>
            <w:proofErr w:type="spellEnd"/>
          </w:p>
        </w:tc>
        <w:tc>
          <w:tcPr>
            <w:tcW w:w="397" w:type="dxa"/>
            <w:vAlign w:val="center"/>
          </w:tcPr>
          <w:p w14:paraId="5E93CC73" w14:textId="3D16E81A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67172F11" w14:textId="655546FB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7F759077" w14:textId="2A540202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5C3417A5" w14:textId="72C11219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6581C266" w14:textId="77777777" w:rsidTr="000C6BE7">
        <w:trPr>
          <w:jc w:val="center"/>
        </w:trPr>
        <w:tc>
          <w:tcPr>
            <w:tcW w:w="567" w:type="dxa"/>
            <w:vAlign w:val="center"/>
          </w:tcPr>
          <w:p w14:paraId="10A0A805" w14:textId="4B7A0380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12</w:t>
            </w:r>
          </w:p>
        </w:tc>
        <w:tc>
          <w:tcPr>
            <w:tcW w:w="1247" w:type="dxa"/>
            <w:vAlign w:val="center"/>
          </w:tcPr>
          <w:p w14:paraId="7E5A7359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Lični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podaci</w:t>
            </w:r>
            <w:proofErr w:type="spellEnd"/>
          </w:p>
        </w:tc>
        <w:tc>
          <w:tcPr>
            <w:tcW w:w="4195" w:type="dxa"/>
            <w:vAlign w:val="center"/>
          </w:tcPr>
          <w:p w14:paraId="6F080BA0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Neovlašten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pristup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podacima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učenika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zaposlenih</w:t>
            </w:r>
            <w:proofErr w:type="spellEnd"/>
          </w:p>
        </w:tc>
        <w:tc>
          <w:tcPr>
            <w:tcW w:w="397" w:type="dxa"/>
            <w:vAlign w:val="center"/>
          </w:tcPr>
          <w:p w14:paraId="22B2E15A" w14:textId="7C79DD82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437C06A6" w14:textId="5CFE18FC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0817D6B0" w14:textId="1794D04A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1593E340" w14:textId="28E8BABF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694F0878" w14:textId="77777777" w:rsidTr="000C6BE7">
        <w:trPr>
          <w:jc w:val="center"/>
        </w:trPr>
        <w:tc>
          <w:tcPr>
            <w:tcW w:w="567" w:type="dxa"/>
            <w:vAlign w:val="center"/>
          </w:tcPr>
          <w:p w14:paraId="3E0BAD14" w14:textId="4E1D1E16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13</w:t>
            </w:r>
          </w:p>
        </w:tc>
        <w:tc>
          <w:tcPr>
            <w:tcW w:w="1247" w:type="dxa"/>
            <w:vAlign w:val="center"/>
          </w:tcPr>
          <w:p w14:paraId="60FBB2ED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Digitalni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sistemi</w:t>
            </w:r>
            <w:proofErr w:type="spellEnd"/>
          </w:p>
        </w:tc>
        <w:tc>
          <w:tcPr>
            <w:tcW w:w="4195" w:type="dxa"/>
            <w:vAlign w:val="center"/>
          </w:tcPr>
          <w:p w14:paraId="330C260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Neovlašteno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korištenje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korisničkih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naloga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</w:t>
            </w:r>
            <w:proofErr w:type="spellEnd"/>
            <w:r w:rsidRPr="000C6BE7">
              <w:rPr>
                <w:sz w:val="14"/>
                <w:szCs w:val="14"/>
              </w:rPr>
              <w:t xml:space="preserve"> EMIS/</w:t>
            </w:r>
            <w:proofErr w:type="spellStart"/>
            <w:r w:rsidRPr="000C6BE7">
              <w:rPr>
                <w:sz w:val="14"/>
                <w:szCs w:val="14"/>
              </w:rPr>
              <w:t>digitalnih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evidencija</w:t>
            </w:r>
            <w:proofErr w:type="spellEnd"/>
          </w:p>
        </w:tc>
        <w:tc>
          <w:tcPr>
            <w:tcW w:w="397" w:type="dxa"/>
            <w:vAlign w:val="center"/>
          </w:tcPr>
          <w:p w14:paraId="741CDFDE" w14:textId="55F7CF73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12C5405C" w14:textId="52BCA53E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3442D4E0" w14:textId="0ED0D99D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02ED6BD9" w14:textId="2CA0EE2C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51F2C88E" w14:textId="77777777" w:rsidTr="000C6BE7">
        <w:trPr>
          <w:jc w:val="center"/>
        </w:trPr>
        <w:tc>
          <w:tcPr>
            <w:tcW w:w="567" w:type="dxa"/>
            <w:vAlign w:val="center"/>
          </w:tcPr>
          <w:p w14:paraId="1804DCFC" w14:textId="76118750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14</w:t>
            </w:r>
          </w:p>
        </w:tc>
        <w:tc>
          <w:tcPr>
            <w:tcW w:w="1247" w:type="dxa"/>
            <w:vAlign w:val="center"/>
          </w:tcPr>
          <w:p w14:paraId="0D9E5D8E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Javne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4195" w:type="dxa"/>
            <w:vAlign w:val="center"/>
          </w:tcPr>
          <w:p w14:paraId="0F77D84C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Kreiranje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specifikacije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radi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pogodovanja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dobavljaču</w:t>
            </w:r>
            <w:proofErr w:type="spellEnd"/>
          </w:p>
        </w:tc>
        <w:tc>
          <w:tcPr>
            <w:tcW w:w="397" w:type="dxa"/>
            <w:vAlign w:val="center"/>
          </w:tcPr>
          <w:p w14:paraId="03B18892" w14:textId="3BEBCB2D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4CD0FBEA" w14:textId="6E3CAFB2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085D26AA" w14:textId="45A7D409" w:rsidR="00A577E8" w:rsidRPr="000C6BE7" w:rsidRDefault="000C6BE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010" w:type="dxa"/>
            <w:vAlign w:val="center"/>
          </w:tcPr>
          <w:p w14:paraId="78A0F563" w14:textId="77AAAFEF" w:rsidR="00A577E8" w:rsidRPr="000C6BE7" w:rsidRDefault="000C6BE7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Umjeren</w:t>
            </w:r>
            <w:proofErr w:type="spellEnd"/>
          </w:p>
        </w:tc>
      </w:tr>
      <w:tr w:rsidR="00A577E8" w:rsidRPr="000C6BE7" w14:paraId="70B8D224" w14:textId="77777777" w:rsidTr="000C6BE7">
        <w:trPr>
          <w:jc w:val="center"/>
        </w:trPr>
        <w:tc>
          <w:tcPr>
            <w:tcW w:w="567" w:type="dxa"/>
            <w:vAlign w:val="center"/>
          </w:tcPr>
          <w:p w14:paraId="6A04D782" w14:textId="47956364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15</w:t>
            </w:r>
          </w:p>
        </w:tc>
        <w:tc>
          <w:tcPr>
            <w:tcW w:w="1247" w:type="dxa"/>
            <w:vAlign w:val="center"/>
          </w:tcPr>
          <w:p w14:paraId="56CC93F5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Javne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4195" w:type="dxa"/>
            <w:vAlign w:val="center"/>
          </w:tcPr>
          <w:p w14:paraId="0154EFE8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Sukob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interesa</w:t>
            </w:r>
            <w:proofErr w:type="spellEnd"/>
            <w:r w:rsidRPr="000C6BE7">
              <w:rPr>
                <w:sz w:val="14"/>
                <w:szCs w:val="14"/>
              </w:rPr>
              <w:t xml:space="preserve"> u </w:t>
            </w:r>
            <w:proofErr w:type="spellStart"/>
            <w:r w:rsidRPr="000C6BE7">
              <w:rPr>
                <w:sz w:val="14"/>
                <w:szCs w:val="14"/>
              </w:rPr>
              <w:t>komisiji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procesu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397" w:type="dxa"/>
            <w:vAlign w:val="center"/>
          </w:tcPr>
          <w:p w14:paraId="328438DA" w14:textId="60277A9F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1585C510" w14:textId="18264FB7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47E5A8D4" w14:textId="20ED62D4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508A9D13" w14:textId="23FF040E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2FAA8F88" w14:textId="77777777" w:rsidTr="000C6BE7">
        <w:trPr>
          <w:jc w:val="center"/>
        </w:trPr>
        <w:tc>
          <w:tcPr>
            <w:tcW w:w="567" w:type="dxa"/>
            <w:vAlign w:val="center"/>
          </w:tcPr>
          <w:p w14:paraId="7D62B306" w14:textId="25E47E12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16</w:t>
            </w:r>
          </w:p>
        </w:tc>
        <w:tc>
          <w:tcPr>
            <w:tcW w:w="1247" w:type="dxa"/>
            <w:vAlign w:val="center"/>
          </w:tcPr>
          <w:p w14:paraId="4E7AE870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Javne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4195" w:type="dxa"/>
            <w:vAlign w:val="center"/>
          </w:tcPr>
          <w:p w14:paraId="5C33E2E2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Dijeljenje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nabavke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radi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izbjegavanja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propisanog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postupka</w:t>
            </w:r>
            <w:proofErr w:type="spellEnd"/>
          </w:p>
        </w:tc>
        <w:tc>
          <w:tcPr>
            <w:tcW w:w="397" w:type="dxa"/>
            <w:vAlign w:val="center"/>
          </w:tcPr>
          <w:p w14:paraId="4D93DBE8" w14:textId="285D15F3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3C682B06" w14:textId="5EBCD78E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0347538F" w14:textId="3ED8E2B7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625D4846" w14:textId="30186B3C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082F3058" w14:textId="77777777" w:rsidTr="000C6BE7">
        <w:trPr>
          <w:jc w:val="center"/>
        </w:trPr>
        <w:tc>
          <w:tcPr>
            <w:tcW w:w="567" w:type="dxa"/>
            <w:vAlign w:val="center"/>
          </w:tcPr>
          <w:p w14:paraId="3D5126AE" w14:textId="492B36EC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17</w:t>
            </w:r>
          </w:p>
        </w:tc>
        <w:tc>
          <w:tcPr>
            <w:tcW w:w="1247" w:type="dxa"/>
            <w:vAlign w:val="center"/>
          </w:tcPr>
          <w:p w14:paraId="6D45A59E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Javne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nabavke</w:t>
            </w:r>
            <w:proofErr w:type="spellEnd"/>
          </w:p>
        </w:tc>
        <w:tc>
          <w:tcPr>
            <w:tcW w:w="4195" w:type="dxa"/>
            <w:vAlign w:val="center"/>
          </w:tcPr>
          <w:p w14:paraId="23EF9862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Neuredna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dokumentacija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</w:t>
            </w:r>
            <w:proofErr w:type="spellEnd"/>
            <w:r w:rsidRPr="000C6BE7">
              <w:rPr>
                <w:sz w:val="14"/>
                <w:szCs w:val="14"/>
              </w:rPr>
              <w:t xml:space="preserve"> slab </w:t>
            </w:r>
            <w:proofErr w:type="spellStart"/>
            <w:r w:rsidRPr="000C6BE7">
              <w:rPr>
                <w:sz w:val="14"/>
                <w:szCs w:val="14"/>
              </w:rPr>
              <w:t>nadzor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nad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izvršenjem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ugovora</w:t>
            </w:r>
            <w:proofErr w:type="spellEnd"/>
          </w:p>
        </w:tc>
        <w:tc>
          <w:tcPr>
            <w:tcW w:w="397" w:type="dxa"/>
            <w:vAlign w:val="center"/>
          </w:tcPr>
          <w:p w14:paraId="39B5B65A" w14:textId="4ADC6E6B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0B2170DE" w14:textId="553B2720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1CF3A3C8" w14:textId="3E0EA4BE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49DEECCC" w14:textId="01839958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33144963" w14:textId="77777777" w:rsidTr="000C6BE7">
        <w:trPr>
          <w:jc w:val="center"/>
        </w:trPr>
        <w:tc>
          <w:tcPr>
            <w:tcW w:w="567" w:type="dxa"/>
            <w:vAlign w:val="center"/>
          </w:tcPr>
          <w:p w14:paraId="155E5878" w14:textId="36F668D1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18</w:t>
            </w:r>
          </w:p>
        </w:tc>
        <w:tc>
          <w:tcPr>
            <w:tcW w:w="1247" w:type="dxa"/>
            <w:vAlign w:val="center"/>
          </w:tcPr>
          <w:p w14:paraId="5F74A56B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Imovina</w:t>
            </w:r>
            <w:proofErr w:type="spellEnd"/>
          </w:p>
        </w:tc>
        <w:tc>
          <w:tcPr>
            <w:tcW w:w="4195" w:type="dxa"/>
            <w:vAlign w:val="center"/>
          </w:tcPr>
          <w:p w14:paraId="18FAF20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Gubitak</w:t>
            </w:r>
            <w:proofErr w:type="spellEnd"/>
            <w:r w:rsidRPr="000C6BE7">
              <w:rPr>
                <w:sz w:val="14"/>
                <w:szCs w:val="14"/>
              </w:rPr>
              <w:t xml:space="preserve">, </w:t>
            </w:r>
            <w:proofErr w:type="spellStart"/>
            <w:r w:rsidRPr="000C6BE7">
              <w:rPr>
                <w:sz w:val="14"/>
                <w:szCs w:val="14"/>
              </w:rPr>
              <w:t>oštećenje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nenamjensko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korištenje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instrumenata</w:t>
            </w:r>
            <w:proofErr w:type="spellEnd"/>
          </w:p>
        </w:tc>
        <w:tc>
          <w:tcPr>
            <w:tcW w:w="397" w:type="dxa"/>
            <w:vAlign w:val="center"/>
          </w:tcPr>
          <w:p w14:paraId="6E24EA69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3</w:t>
            </w:r>
          </w:p>
        </w:tc>
        <w:tc>
          <w:tcPr>
            <w:tcW w:w="397" w:type="dxa"/>
            <w:vAlign w:val="center"/>
          </w:tcPr>
          <w:p w14:paraId="1941AA7E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0736706E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12</w:t>
            </w:r>
          </w:p>
        </w:tc>
        <w:tc>
          <w:tcPr>
            <w:tcW w:w="1010" w:type="dxa"/>
            <w:vAlign w:val="center"/>
          </w:tcPr>
          <w:p w14:paraId="4E83D878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Visok</w:t>
            </w:r>
            <w:proofErr w:type="spellEnd"/>
          </w:p>
        </w:tc>
      </w:tr>
      <w:tr w:rsidR="00A577E8" w:rsidRPr="000C6BE7" w14:paraId="6823A626" w14:textId="77777777" w:rsidTr="000C6BE7">
        <w:trPr>
          <w:jc w:val="center"/>
        </w:trPr>
        <w:tc>
          <w:tcPr>
            <w:tcW w:w="567" w:type="dxa"/>
            <w:vAlign w:val="center"/>
          </w:tcPr>
          <w:p w14:paraId="2C5033FB" w14:textId="30EF7EDB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19</w:t>
            </w:r>
          </w:p>
        </w:tc>
        <w:tc>
          <w:tcPr>
            <w:tcW w:w="1247" w:type="dxa"/>
            <w:vAlign w:val="center"/>
          </w:tcPr>
          <w:p w14:paraId="1BE6F5E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Imovina</w:t>
            </w:r>
            <w:proofErr w:type="spellEnd"/>
          </w:p>
        </w:tc>
        <w:tc>
          <w:tcPr>
            <w:tcW w:w="4195" w:type="dxa"/>
            <w:vAlign w:val="center"/>
          </w:tcPr>
          <w:p w14:paraId="06758BD3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Neregistrovano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zaduženje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razduženje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opreme</w:t>
            </w:r>
            <w:proofErr w:type="spellEnd"/>
          </w:p>
        </w:tc>
        <w:tc>
          <w:tcPr>
            <w:tcW w:w="397" w:type="dxa"/>
            <w:vAlign w:val="center"/>
          </w:tcPr>
          <w:p w14:paraId="6681C164" w14:textId="4C540A02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1AE50BD2" w14:textId="50A4F2FD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60033FBE" w14:textId="2C3CAA79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77B14EA9" w14:textId="623FC09E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79F2E67F" w14:textId="77777777" w:rsidTr="000C6BE7">
        <w:trPr>
          <w:jc w:val="center"/>
        </w:trPr>
        <w:tc>
          <w:tcPr>
            <w:tcW w:w="567" w:type="dxa"/>
            <w:vAlign w:val="center"/>
          </w:tcPr>
          <w:p w14:paraId="686C244F" w14:textId="600AAF88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20</w:t>
            </w:r>
          </w:p>
        </w:tc>
        <w:tc>
          <w:tcPr>
            <w:tcW w:w="1247" w:type="dxa"/>
            <w:vAlign w:val="center"/>
          </w:tcPr>
          <w:p w14:paraId="17B9E3DC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Finansije</w:t>
            </w:r>
            <w:proofErr w:type="spellEnd"/>
          </w:p>
        </w:tc>
        <w:tc>
          <w:tcPr>
            <w:tcW w:w="4195" w:type="dxa"/>
            <w:vAlign w:val="center"/>
          </w:tcPr>
          <w:p w14:paraId="51673DB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Nepravilno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vođenje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blagajne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gotovinskih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sredstava</w:t>
            </w:r>
            <w:proofErr w:type="spellEnd"/>
          </w:p>
        </w:tc>
        <w:tc>
          <w:tcPr>
            <w:tcW w:w="397" w:type="dxa"/>
            <w:vAlign w:val="center"/>
          </w:tcPr>
          <w:p w14:paraId="00B8A587" w14:textId="5A3DE94B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46B2D70D" w14:textId="6F5F4CB1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55F0F19A" w14:textId="56E14586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17718B1F" w14:textId="65FFE610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5ABF2D69" w14:textId="77777777" w:rsidTr="000C6BE7">
        <w:trPr>
          <w:jc w:val="center"/>
        </w:trPr>
        <w:tc>
          <w:tcPr>
            <w:tcW w:w="567" w:type="dxa"/>
            <w:vAlign w:val="center"/>
          </w:tcPr>
          <w:p w14:paraId="768185DA" w14:textId="2C07D9AC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21</w:t>
            </w:r>
          </w:p>
        </w:tc>
        <w:tc>
          <w:tcPr>
            <w:tcW w:w="1247" w:type="dxa"/>
            <w:vAlign w:val="center"/>
          </w:tcPr>
          <w:p w14:paraId="61F8F5CD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Putni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nalozi</w:t>
            </w:r>
            <w:proofErr w:type="spellEnd"/>
          </w:p>
        </w:tc>
        <w:tc>
          <w:tcPr>
            <w:tcW w:w="4195" w:type="dxa"/>
            <w:vAlign w:val="center"/>
          </w:tcPr>
          <w:p w14:paraId="26FAB22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Neosnovani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nepotpuno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dokumentovani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putni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nalozi</w:t>
            </w:r>
            <w:proofErr w:type="spellEnd"/>
          </w:p>
        </w:tc>
        <w:tc>
          <w:tcPr>
            <w:tcW w:w="397" w:type="dxa"/>
            <w:vAlign w:val="center"/>
          </w:tcPr>
          <w:p w14:paraId="7A928073" w14:textId="52895165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6156B1A3" w14:textId="77777777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4</w:t>
            </w:r>
          </w:p>
        </w:tc>
        <w:tc>
          <w:tcPr>
            <w:tcW w:w="489" w:type="dxa"/>
            <w:vAlign w:val="center"/>
          </w:tcPr>
          <w:p w14:paraId="55E9AFC7" w14:textId="3BEF19F2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010" w:type="dxa"/>
            <w:vAlign w:val="center"/>
          </w:tcPr>
          <w:p w14:paraId="01093EE9" w14:textId="4C984B61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Umjereno</w:t>
            </w:r>
            <w:proofErr w:type="spellEnd"/>
          </w:p>
        </w:tc>
      </w:tr>
      <w:tr w:rsidR="00A577E8" w:rsidRPr="000C6BE7" w14:paraId="03B4504D" w14:textId="77777777" w:rsidTr="000C6BE7">
        <w:trPr>
          <w:jc w:val="center"/>
        </w:trPr>
        <w:tc>
          <w:tcPr>
            <w:tcW w:w="567" w:type="dxa"/>
            <w:vAlign w:val="center"/>
          </w:tcPr>
          <w:p w14:paraId="733DFAE5" w14:textId="07F792D0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22</w:t>
            </w:r>
          </w:p>
        </w:tc>
        <w:tc>
          <w:tcPr>
            <w:tcW w:w="1247" w:type="dxa"/>
            <w:vAlign w:val="center"/>
          </w:tcPr>
          <w:p w14:paraId="2BCF221F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Prihodi</w:t>
            </w:r>
            <w:proofErr w:type="spellEnd"/>
          </w:p>
        </w:tc>
        <w:tc>
          <w:tcPr>
            <w:tcW w:w="4195" w:type="dxa"/>
            <w:vAlign w:val="center"/>
          </w:tcPr>
          <w:p w14:paraId="445CCDB6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Nenamjensko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netransparentno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evidentiranje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vlastitih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prihoda</w:t>
            </w:r>
            <w:proofErr w:type="spellEnd"/>
          </w:p>
        </w:tc>
        <w:tc>
          <w:tcPr>
            <w:tcW w:w="397" w:type="dxa"/>
            <w:vAlign w:val="center"/>
          </w:tcPr>
          <w:p w14:paraId="374C9FC7" w14:textId="0B229C66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119A54E9" w14:textId="4DDDBA9E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68B82A49" w14:textId="7EF36926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7C3B22D5" w14:textId="2E275CEE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1EF19EB6" w14:textId="77777777" w:rsidTr="000C6BE7">
        <w:trPr>
          <w:jc w:val="center"/>
        </w:trPr>
        <w:tc>
          <w:tcPr>
            <w:tcW w:w="567" w:type="dxa"/>
            <w:vAlign w:val="center"/>
          </w:tcPr>
          <w:p w14:paraId="191CCA03" w14:textId="4C2B7FBF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23</w:t>
            </w:r>
          </w:p>
        </w:tc>
        <w:tc>
          <w:tcPr>
            <w:tcW w:w="1247" w:type="dxa"/>
            <w:vAlign w:val="center"/>
          </w:tcPr>
          <w:p w14:paraId="007E94C8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Prijave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nepravilnosti</w:t>
            </w:r>
            <w:proofErr w:type="spellEnd"/>
          </w:p>
        </w:tc>
        <w:tc>
          <w:tcPr>
            <w:tcW w:w="4195" w:type="dxa"/>
            <w:vAlign w:val="center"/>
          </w:tcPr>
          <w:p w14:paraId="131E7F45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Ignorisanje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odmazda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prema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prijavitelju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nepravilnosti</w:t>
            </w:r>
            <w:proofErr w:type="spellEnd"/>
          </w:p>
        </w:tc>
        <w:tc>
          <w:tcPr>
            <w:tcW w:w="397" w:type="dxa"/>
            <w:vAlign w:val="center"/>
          </w:tcPr>
          <w:p w14:paraId="14053FE7" w14:textId="1EB65090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28714AFD" w14:textId="73C52D65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1D568160" w14:textId="2D2F09EC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1AADF736" w14:textId="43FDD4B6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5FAFC763" w14:textId="77777777" w:rsidTr="000C6BE7">
        <w:trPr>
          <w:jc w:val="center"/>
        </w:trPr>
        <w:tc>
          <w:tcPr>
            <w:tcW w:w="567" w:type="dxa"/>
            <w:vAlign w:val="center"/>
          </w:tcPr>
          <w:p w14:paraId="36625DE8" w14:textId="629B74C6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24</w:t>
            </w:r>
          </w:p>
        </w:tc>
        <w:tc>
          <w:tcPr>
            <w:tcW w:w="1247" w:type="dxa"/>
            <w:vAlign w:val="center"/>
          </w:tcPr>
          <w:p w14:paraId="76B96ECC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Transparentnost</w:t>
            </w:r>
            <w:proofErr w:type="spellEnd"/>
          </w:p>
        </w:tc>
        <w:tc>
          <w:tcPr>
            <w:tcW w:w="4195" w:type="dxa"/>
            <w:vAlign w:val="center"/>
          </w:tcPr>
          <w:p w14:paraId="42DC84A4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Nepravovremeno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selektivno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objavljivanje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informacija</w:t>
            </w:r>
            <w:proofErr w:type="spellEnd"/>
          </w:p>
        </w:tc>
        <w:tc>
          <w:tcPr>
            <w:tcW w:w="397" w:type="dxa"/>
            <w:vAlign w:val="center"/>
          </w:tcPr>
          <w:p w14:paraId="20D95D39" w14:textId="61C698D2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4DDA1EC9" w14:textId="5B31D200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43DBDF02" w14:textId="6B015510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65072F55" w14:textId="6A8F9E6B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  <w:tr w:rsidR="00A577E8" w:rsidRPr="000C6BE7" w14:paraId="1A6D333B" w14:textId="77777777" w:rsidTr="000C6BE7">
        <w:trPr>
          <w:jc w:val="center"/>
        </w:trPr>
        <w:tc>
          <w:tcPr>
            <w:tcW w:w="567" w:type="dxa"/>
            <w:vAlign w:val="center"/>
          </w:tcPr>
          <w:p w14:paraId="7581164D" w14:textId="7A9A2C93" w:rsidR="00A577E8" w:rsidRPr="000C6BE7" w:rsidRDefault="00FA2A60">
            <w:pPr>
              <w:rPr>
                <w:sz w:val="14"/>
                <w:szCs w:val="14"/>
              </w:rPr>
            </w:pPr>
            <w:r w:rsidRPr="000C6BE7">
              <w:rPr>
                <w:sz w:val="14"/>
                <w:szCs w:val="14"/>
              </w:rPr>
              <w:t>R</w:t>
            </w:r>
            <w:r w:rsidR="00112225">
              <w:rPr>
                <w:sz w:val="14"/>
                <w:szCs w:val="14"/>
              </w:rPr>
              <w:t>25</w:t>
            </w:r>
          </w:p>
        </w:tc>
        <w:tc>
          <w:tcPr>
            <w:tcW w:w="1247" w:type="dxa"/>
            <w:vAlign w:val="center"/>
          </w:tcPr>
          <w:p w14:paraId="7441730B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Školski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prostor</w:t>
            </w:r>
            <w:proofErr w:type="spellEnd"/>
          </w:p>
        </w:tc>
        <w:tc>
          <w:tcPr>
            <w:tcW w:w="4195" w:type="dxa"/>
            <w:vAlign w:val="center"/>
          </w:tcPr>
          <w:p w14:paraId="0DE75C91" w14:textId="77777777" w:rsidR="00A577E8" w:rsidRPr="000C6BE7" w:rsidRDefault="00FA2A60">
            <w:pPr>
              <w:rPr>
                <w:sz w:val="14"/>
                <w:szCs w:val="14"/>
              </w:rPr>
            </w:pPr>
            <w:proofErr w:type="spellStart"/>
            <w:r w:rsidRPr="000C6BE7">
              <w:rPr>
                <w:sz w:val="14"/>
                <w:szCs w:val="14"/>
              </w:rPr>
              <w:t>Nenamjensko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korištenje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prostora</w:t>
            </w:r>
            <w:proofErr w:type="spellEnd"/>
            <w:r w:rsidRPr="000C6BE7">
              <w:rPr>
                <w:sz w:val="14"/>
                <w:szCs w:val="14"/>
              </w:rPr>
              <w:t xml:space="preserve">, </w:t>
            </w:r>
            <w:proofErr w:type="spellStart"/>
            <w:r w:rsidRPr="000C6BE7">
              <w:rPr>
                <w:sz w:val="14"/>
                <w:szCs w:val="14"/>
              </w:rPr>
              <w:t>opreme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ili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službenih</w:t>
            </w:r>
            <w:proofErr w:type="spellEnd"/>
            <w:r w:rsidRPr="000C6BE7">
              <w:rPr>
                <w:sz w:val="14"/>
                <w:szCs w:val="14"/>
              </w:rPr>
              <w:t xml:space="preserve"> </w:t>
            </w:r>
            <w:proofErr w:type="spellStart"/>
            <w:r w:rsidRPr="000C6BE7">
              <w:rPr>
                <w:sz w:val="14"/>
                <w:szCs w:val="14"/>
              </w:rPr>
              <w:t>resursa</w:t>
            </w:r>
            <w:proofErr w:type="spellEnd"/>
          </w:p>
        </w:tc>
        <w:tc>
          <w:tcPr>
            <w:tcW w:w="397" w:type="dxa"/>
            <w:vAlign w:val="center"/>
          </w:tcPr>
          <w:p w14:paraId="7FD6EBFB" w14:textId="5800719C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397" w:type="dxa"/>
            <w:vAlign w:val="center"/>
          </w:tcPr>
          <w:p w14:paraId="7327FD0F" w14:textId="14492BA4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489" w:type="dxa"/>
            <w:vAlign w:val="center"/>
          </w:tcPr>
          <w:p w14:paraId="60241279" w14:textId="0A52165C" w:rsidR="00A577E8" w:rsidRPr="000C6BE7" w:rsidRDefault="0011222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010" w:type="dxa"/>
            <w:vAlign w:val="center"/>
          </w:tcPr>
          <w:p w14:paraId="62E586B2" w14:textId="4CF48465" w:rsidR="00A577E8" w:rsidRPr="000C6BE7" w:rsidRDefault="0011222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Nizak</w:t>
            </w:r>
            <w:proofErr w:type="spellEnd"/>
          </w:p>
        </w:tc>
      </w:tr>
    </w:tbl>
    <w:p w14:paraId="6A532CBB" w14:textId="77777777" w:rsidR="00A577E8" w:rsidRDefault="00A577E8"/>
    <w:p w14:paraId="13E7FB05" w14:textId="77777777" w:rsidR="00A577E8" w:rsidRDefault="00FA2A60">
      <w:pPr>
        <w:pStyle w:val="Naslov2"/>
      </w:pPr>
      <w:r>
        <w:t xml:space="preserve">9.1. </w:t>
      </w:r>
      <w:proofErr w:type="spellStart"/>
      <w:r>
        <w:t>Detaljna</w:t>
      </w:r>
      <w:proofErr w:type="spellEnd"/>
      <w:r>
        <w:t xml:space="preserve"> </w:t>
      </w:r>
      <w:proofErr w:type="spellStart"/>
      <w:r>
        <w:t>procjena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>/</w:t>
      </w:r>
      <w:proofErr w:type="spellStart"/>
      <w:r>
        <w:t>dodatne</w:t>
      </w:r>
      <w:proofErr w:type="spellEnd"/>
      <w:r>
        <w:t xml:space="preserve"> </w:t>
      </w:r>
      <w:proofErr w:type="spellStart"/>
      <w:r>
        <w:t>kontrole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7"/>
        <w:gridCol w:w="1236"/>
        <w:gridCol w:w="1758"/>
        <w:gridCol w:w="1466"/>
        <w:gridCol w:w="1994"/>
        <w:gridCol w:w="1695"/>
        <w:gridCol w:w="1003"/>
      </w:tblGrid>
      <w:tr w:rsidR="00A577E8" w14:paraId="25735DB8" w14:textId="77777777" w:rsidTr="007A765D">
        <w:trPr>
          <w:jc w:val="center"/>
        </w:trPr>
        <w:tc>
          <w:tcPr>
            <w:tcW w:w="539" w:type="dxa"/>
            <w:shd w:val="clear" w:color="auto" w:fill="D9EAF7"/>
            <w:vAlign w:val="center"/>
          </w:tcPr>
          <w:p w14:paraId="4595B6AC" w14:textId="77777777" w:rsidR="00A577E8" w:rsidRDefault="00FA2A60">
            <w:r>
              <w:rPr>
                <w:b/>
                <w:sz w:val="14"/>
              </w:rPr>
              <w:t>ID</w:t>
            </w:r>
          </w:p>
        </w:tc>
        <w:tc>
          <w:tcPr>
            <w:tcW w:w="1236" w:type="dxa"/>
            <w:shd w:val="clear" w:color="auto" w:fill="D9EAF7"/>
            <w:vAlign w:val="center"/>
          </w:tcPr>
          <w:p w14:paraId="1B8DC5BE" w14:textId="77777777" w:rsidR="00A577E8" w:rsidRDefault="00FA2A60">
            <w:r>
              <w:rPr>
                <w:b/>
                <w:sz w:val="14"/>
              </w:rPr>
              <w:t>Oblast</w:t>
            </w:r>
          </w:p>
        </w:tc>
        <w:tc>
          <w:tcPr>
            <w:tcW w:w="1822" w:type="dxa"/>
            <w:shd w:val="clear" w:color="auto" w:fill="D9EAF7"/>
            <w:vAlign w:val="center"/>
          </w:tcPr>
          <w:p w14:paraId="28E7DB06" w14:textId="77777777" w:rsidR="00A577E8" w:rsidRDefault="00FA2A60">
            <w:proofErr w:type="spellStart"/>
            <w:r>
              <w:rPr>
                <w:b/>
                <w:sz w:val="14"/>
              </w:rPr>
              <w:t>Mogući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uzrok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posljedica</w:t>
            </w:r>
            <w:proofErr w:type="spellEnd"/>
          </w:p>
        </w:tc>
        <w:tc>
          <w:tcPr>
            <w:tcW w:w="1539" w:type="dxa"/>
            <w:shd w:val="clear" w:color="auto" w:fill="D9EAF7"/>
            <w:vAlign w:val="center"/>
          </w:tcPr>
          <w:p w14:paraId="61CA3637" w14:textId="77777777" w:rsidR="00A577E8" w:rsidRDefault="00FA2A60">
            <w:proofErr w:type="spellStart"/>
            <w:r>
              <w:rPr>
                <w:b/>
                <w:sz w:val="14"/>
              </w:rPr>
              <w:t>Postojeće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kontrole</w:t>
            </w:r>
            <w:proofErr w:type="spellEnd"/>
          </w:p>
        </w:tc>
        <w:tc>
          <w:tcPr>
            <w:tcW w:w="2071" w:type="dxa"/>
            <w:shd w:val="clear" w:color="auto" w:fill="D9EAF7"/>
            <w:vAlign w:val="center"/>
          </w:tcPr>
          <w:p w14:paraId="258ECF4C" w14:textId="77777777" w:rsidR="00A577E8" w:rsidRDefault="00FA2A60">
            <w:proofErr w:type="spellStart"/>
            <w:r>
              <w:rPr>
                <w:b/>
                <w:sz w:val="14"/>
              </w:rPr>
              <w:t>Dodatne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mjere</w:t>
            </w:r>
            <w:proofErr w:type="spellEnd"/>
          </w:p>
        </w:tc>
        <w:tc>
          <w:tcPr>
            <w:tcW w:w="1695" w:type="dxa"/>
            <w:shd w:val="clear" w:color="auto" w:fill="D9EAF7"/>
            <w:vAlign w:val="center"/>
          </w:tcPr>
          <w:p w14:paraId="72B35EFD" w14:textId="77777777" w:rsidR="00A577E8" w:rsidRDefault="00FA2A60">
            <w:proofErr w:type="spellStart"/>
            <w:r>
              <w:rPr>
                <w:b/>
                <w:sz w:val="14"/>
              </w:rPr>
              <w:t>Odgovorna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osoba</w:t>
            </w:r>
            <w:proofErr w:type="spellEnd"/>
          </w:p>
        </w:tc>
        <w:tc>
          <w:tcPr>
            <w:tcW w:w="1003" w:type="dxa"/>
            <w:shd w:val="clear" w:color="auto" w:fill="D9EAF7"/>
            <w:vAlign w:val="center"/>
          </w:tcPr>
          <w:p w14:paraId="664FFB95" w14:textId="77777777" w:rsidR="00A577E8" w:rsidRDefault="00FA2A60">
            <w:proofErr w:type="spellStart"/>
            <w:r>
              <w:rPr>
                <w:b/>
                <w:sz w:val="14"/>
              </w:rPr>
              <w:t>Rok</w:t>
            </w:r>
            <w:proofErr w:type="spellEnd"/>
          </w:p>
        </w:tc>
      </w:tr>
      <w:tr w:rsidR="00A577E8" w14:paraId="2D24251C" w14:textId="77777777" w:rsidTr="007A765D">
        <w:trPr>
          <w:jc w:val="center"/>
        </w:trPr>
        <w:tc>
          <w:tcPr>
            <w:tcW w:w="539" w:type="dxa"/>
            <w:vAlign w:val="center"/>
          </w:tcPr>
          <w:p w14:paraId="55DF2679" w14:textId="77777777" w:rsidR="00A577E8" w:rsidRDefault="00FA2A60">
            <w:r>
              <w:rPr>
                <w:sz w:val="14"/>
              </w:rPr>
              <w:t>R01</w:t>
            </w:r>
          </w:p>
        </w:tc>
        <w:tc>
          <w:tcPr>
            <w:tcW w:w="1236" w:type="dxa"/>
            <w:vAlign w:val="center"/>
          </w:tcPr>
          <w:p w14:paraId="6CD3C67F" w14:textId="77777777" w:rsidR="00A577E8" w:rsidRDefault="00FA2A60">
            <w:proofErr w:type="spellStart"/>
            <w:r>
              <w:rPr>
                <w:sz w:val="14"/>
              </w:rPr>
              <w:t>Zapošljavanje</w:t>
            </w:r>
            <w:proofErr w:type="spellEnd"/>
          </w:p>
        </w:tc>
        <w:tc>
          <w:tcPr>
            <w:tcW w:w="1822" w:type="dxa"/>
            <w:vAlign w:val="center"/>
          </w:tcPr>
          <w:p w14:paraId="1372EE7A" w14:textId="77777777" w:rsidR="00A577E8" w:rsidRDefault="00FA2A60">
            <w:proofErr w:type="spellStart"/>
            <w:r>
              <w:rPr>
                <w:sz w:val="14"/>
              </w:rPr>
              <w:t>Neobjektivnost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nastati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zbog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pritisaka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privatnih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veza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nedokumentovanog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odlučivanja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3B336702" w14:textId="77777777" w:rsidR="00A577E8" w:rsidRDefault="00FA2A60">
            <w:proofErr w:type="spellStart"/>
            <w:r>
              <w:rPr>
                <w:sz w:val="14"/>
              </w:rPr>
              <w:t>Komisija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javni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oglas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propisani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kriteriji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zapisnik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3E038368" w14:textId="77777777" w:rsidR="00A577E8" w:rsidRDefault="00FA2A60">
            <w:proofErr w:type="spellStart"/>
            <w:r>
              <w:rPr>
                <w:sz w:val="14"/>
              </w:rPr>
              <w:t>Obavezne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izjave</w:t>
            </w:r>
            <w:proofErr w:type="spellEnd"/>
            <w:r>
              <w:rPr>
                <w:sz w:val="14"/>
              </w:rPr>
              <w:t xml:space="preserve"> o </w:t>
            </w:r>
            <w:proofErr w:type="spellStart"/>
            <w:r>
              <w:rPr>
                <w:sz w:val="14"/>
              </w:rPr>
              <w:t>sukobu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interesa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standardizovana</w:t>
            </w:r>
            <w:proofErr w:type="spellEnd"/>
            <w:r>
              <w:rPr>
                <w:sz w:val="14"/>
              </w:rPr>
              <w:t xml:space="preserve"> check-</w:t>
            </w:r>
            <w:proofErr w:type="spellStart"/>
            <w:r>
              <w:rPr>
                <w:sz w:val="14"/>
              </w:rPr>
              <w:t>lista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kompletna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dokumentacija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trag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odlučivanja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27D4F1CB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komisija</w:t>
            </w:r>
            <w:proofErr w:type="spellEnd"/>
          </w:p>
        </w:tc>
        <w:tc>
          <w:tcPr>
            <w:tcW w:w="1003" w:type="dxa"/>
            <w:vAlign w:val="center"/>
          </w:tcPr>
          <w:p w14:paraId="2F4CB763" w14:textId="77777777" w:rsidR="00A577E8" w:rsidRDefault="00FA2A60">
            <w:proofErr w:type="spellStart"/>
            <w:r>
              <w:rPr>
                <w:sz w:val="14"/>
              </w:rPr>
              <w:t>Pri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svakom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konkursu</w:t>
            </w:r>
            <w:proofErr w:type="spellEnd"/>
          </w:p>
        </w:tc>
      </w:tr>
      <w:tr w:rsidR="00A577E8" w14:paraId="713D978B" w14:textId="77777777" w:rsidTr="007A765D">
        <w:trPr>
          <w:jc w:val="center"/>
        </w:trPr>
        <w:tc>
          <w:tcPr>
            <w:tcW w:w="539" w:type="dxa"/>
            <w:vAlign w:val="center"/>
          </w:tcPr>
          <w:p w14:paraId="5EB07C56" w14:textId="77777777" w:rsidR="00A577E8" w:rsidRDefault="00FA2A60">
            <w:r>
              <w:rPr>
                <w:sz w:val="14"/>
              </w:rPr>
              <w:t>R02</w:t>
            </w:r>
          </w:p>
        </w:tc>
        <w:tc>
          <w:tcPr>
            <w:tcW w:w="1236" w:type="dxa"/>
            <w:vAlign w:val="center"/>
          </w:tcPr>
          <w:p w14:paraId="339ECEED" w14:textId="77777777" w:rsidR="00A577E8" w:rsidRDefault="00FA2A60">
            <w:proofErr w:type="spellStart"/>
            <w:r>
              <w:rPr>
                <w:sz w:val="14"/>
              </w:rPr>
              <w:t>Zapošljavanje</w:t>
            </w:r>
            <w:proofErr w:type="spellEnd"/>
          </w:p>
        </w:tc>
        <w:tc>
          <w:tcPr>
            <w:tcW w:w="1822" w:type="dxa"/>
            <w:vAlign w:val="center"/>
          </w:tcPr>
          <w:p w14:paraId="6E753236" w14:textId="77777777" w:rsidR="00A577E8" w:rsidRDefault="00FA2A60">
            <w:proofErr w:type="spellStart"/>
            <w:r>
              <w:rPr>
                <w:sz w:val="14"/>
              </w:rPr>
              <w:t>Različito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tumačenje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kriterija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dovesti</w:t>
            </w:r>
            <w:proofErr w:type="spellEnd"/>
            <w:r>
              <w:rPr>
                <w:sz w:val="14"/>
              </w:rPr>
              <w:t xml:space="preserve"> do </w:t>
            </w:r>
            <w:proofErr w:type="spellStart"/>
            <w:r>
              <w:rPr>
                <w:sz w:val="14"/>
              </w:rPr>
              <w:t>nejednakog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tretmana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211432D6" w14:textId="77777777" w:rsidR="00A577E8" w:rsidRDefault="00FA2A60">
            <w:proofErr w:type="spellStart"/>
            <w:r>
              <w:rPr>
                <w:sz w:val="14"/>
              </w:rPr>
              <w:t>Konkurs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kriteriji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1EEF00E7" w14:textId="77777777" w:rsidR="00A577E8" w:rsidRDefault="00FA2A60">
            <w:proofErr w:type="spellStart"/>
            <w:r>
              <w:rPr>
                <w:sz w:val="14"/>
              </w:rPr>
              <w:t>Unaprijed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usaglašena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tabela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bodovanja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potpis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svakog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člana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komisije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52026A7E" w14:textId="77777777" w:rsidR="00A577E8" w:rsidRDefault="00FA2A60">
            <w:proofErr w:type="spellStart"/>
            <w:r>
              <w:rPr>
                <w:sz w:val="14"/>
              </w:rPr>
              <w:t>Komisija</w:t>
            </w:r>
            <w:proofErr w:type="spellEnd"/>
          </w:p>
        </w:tc>
        <w:tc>
          <w:tcPr>
            <w:tcW w:w="1003" w:type="dxa"/>
            <w:vAlign w:val="center"/>
          </w:tcPr>
          <w:p w14:paraId="41BC560A" w14:textId="77777777" w:rsidR="00A577E8" w:rsidRDefault="00FA2A60">
            <w:proofErr w:type="spellStart"/>
            <w:r>
              <w:rPr>
                <w:sz w:val="14"/>
              </w:rPr>
              <w:t>Pri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svakom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konkursu</w:t>
            </w:r>
            <w:proofErr w:type="spellEnd"/>
          </w:p>
        </w:tc>
      </w:tr>
      <w:tr w:rsidR="00A577E8" w14:paraId="7888B132" w14:textId="77777777" w:rsidTr="007A765D">
        <w:trPr>
          <w:jc w:val="center"/>
        </w:trPr>
        <w:tc>
          <w:tcPr>
            <w:tcW w:w="539" w:type="dxa"/>
            <w:vAlign w:val="center"/>
          </w:tcPr>
          <w:p w14:paraId="07FF9C29" w14:textId="10F7BF83" w:rsidR="00A577E8" w:rsidRDefault="00FA2A60">
            <w:r>
              <w:rPr>
                <w:sz w:val="14"/>
              </w:rPr>
              <w:t>R0</w:t>
            </w:r>
            <w:r w:rsidR="00112225">
              <w:rPr>
                <w:sz w:val="14"/>
              </w:rPr>
              <w:t>3</w:t>
            </w:r>
          </w:p>
        </w:tc>
        <w:tc>
          <w:tcPr>
            <w:tcW w:w="1236" w:type="dxa"/>
            <w:vAlign w:val="center"/>
          </w:tcPr>
          <w:p w14:paraId="74168545" w14:textId="77777777" w:rsidR="00A577E8" w:rsidRDefault="00FA2A60">
            <w:proofErr w:type="spellStart"/>
            <w:r>
              <w:rPr>
                <w:sz w:val="14"/>
              </w:rPr>
              <w:t>Povjerljivost</w:t>
            </w:r>
            <w:proofErr w:type="spellEnd"/>
          </w:p>
        </w:tc>
        <w:tc>
          <w:tcPr>
            <w:tcW w:w="1822" w:type="dxa"/>
            <w:vAlign w:val="center"/>
          </w:tcPr>
          <w:p w14:paraId="1F038C23" w14:textId="77777777" w:rsidR="00A577E8" w:rsidRDefault="00FA2A60">
            <w:proofErr w:type="spellStart"/>
            <w:r>
              <w:rPr>
                <w:sz w:val="14"/>
              </w:rPr>
              <w:t>Curenje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informacija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narušiti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jednakost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kandidata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6623D156" w14:textId="77777777" w:rsidR="00A577E8" w:rsidRDefault="00FA2A60">
            <w:proofErr w:type="spellStart"/>
            <w:r>
              <w:rPr>
                <w:sz w:val="14"/>
              </w:rPr>
              <w:t>Ograničen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pristup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dokumentaciji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0722BA0B" w14:textId="77777777" w:rsidR="00A577E8" w:rsidRDefault="00FA2A60"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pristupa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zabrana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neovlaštenog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dijeljenja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službeni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kanali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komunikacije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5A47FDC1" w14:textId="77777777" w:rsidR="00A577E8" w:rsidRDefault="00FA2A60">
            <w:proofErr w:type="spellStart"/>
            <w:r>
              <w:rPr>
                <w:sz w:val="14"/>
              </w:rPr>
              <w:t>Sekretar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komisija</w:t>
            </w:r>
            <w:proofErr w:type="spellEnd"/>
          </w:p>
        </w:tc>
        <w:tc>
          <w:tcPr>
            <w:tcW w:w="1003" w:type="dxa"/>
            <w:vAlign w:val="center"/>
          </w:tcPr>
          <w:p w14:paraId="16DEB314" w14:textId="77777777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096F3CCB" w14:textId="77777777" w:rsidTr="007A765D">
        <w:trPr>
          <w:jc w:val="center"/>
        </w:trPr>
        <w:tc>
          <w:tcPr>
            <w:tcW w:w="539" w:type="dxa"/>
            <w:vAlign w:val="center"/>
          </w:tcPr>
          <w:p w14:paraId="56F2C840" w14:textId="7CD1E2E8" w:rsidR="00A577E8" w:rsidRDefault="00FA2A60">
            <w:r>
              <w:rPr>
                <w:sz w:val="14"/>
              </w:rPr>
              <w:t>R0</w:t>
            </w:r>
            <w:r w:rsidR="00112225">
              <w:rPr>
                <w:sz w:val="14"/>
              </w:rPr>
              <w:t>4</w:t>
            </w:r>
          </w:p>
        </w:tc>
        <w:tc>
          <w:tcPr>
            <w:tcW w:w="1236" w:type="dxa"/>
            <w:vAlign w:val="center"/>
          </w:tcPr>
          <w:p w14:paraId="3AF93111" w14:textId="77777777" w:rsidR="00A577E8" w:rsidRDefault="00FA2A60">
            <w:proofErr w:type="spellStart"/>
            <w:r>
              <w:rPr>
                <w:sz w:val="14"/>
              </w:rPr>
              <w:t>Kadrovi</w:t>
            </w:r>
            <w:proofErr w:type="spellEnd"/>
          </w:p>
        </w:tc>
        <w:tc>
          <w:tcPr>
            <w:tcW w:w="1822" w:type="dxa"/>
            <w:vAlign w:val="center"/>
          </w:tcPr>
          <w:p w14:paraId="04DC2FA6" w14:textId="77777777" w:rsidR="00A577E8" w:rsidRDefault="00FA2A60">
            <w:proofErr w:type="spellStart"/>
            <w:r>
              <w:rPr>
                <w:sz w:val="14"/>
              </w:rPr>
              <w:t>Dodjela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komisija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dodatnih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poslova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neujednačena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0E1C97F3" w14:textId="77777777" w:rsidR="00A577E8" w:rsidRDefault="00FA2A60">
            <w:proofErr w:type="spellStart"/>
            <w:r>
              <w:rPr>
                <w:sz w:val="14"/>
              </w:rPr>
              <w:t>Odluke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rukovodioca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79FDF1EE" w14:textId="77777777" w:rsidR="00A577E8" w:rsidRDefault="00FA2A60">
            <w:r>
              <w:rPr>
                <w:sz w:val="14"/>
              </w:rPr>
              <w:t xml:space="preserve">Plan </w:t>
            </w:r>
            <w:proofErr w:type="spellStart"/>
            <w:r>
              <w:rPr>
                <w:sz w:val="14"/>
              </w:rPr>
              <w:t>komisija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angažmana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rotacija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kada</w:t>
            </w:r>
            <w:proofErr w:type="spellEnd"/>
            <w:r>
              <w:rPr>
                <w:sz w:val="14"/>
              </w:rPr>
              <w:t xml:space="preserve"> je </w:t>
            </w:r>
            <w:proofErr w:type="spellStart"/>
            <w:r>
              <w:rPr>
                <w:sz w:val="14"/>
              </w:rPr>
              <w:t>moguća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1E37418E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</w:p>
        </w:tc>
        <w:tc>
          <w:tcPr>
            <w:tcW w:w="1003" w:type="dxa"/>
            <w:vAlign w:val="center"/>
          </w:tcPr>
          <w:p w14:paraId="48DAB56F" w14:textId="77777777" w:rsidR="00A577E8" w:rsidRDefault="00FA2A60">
            <w:proofErr w:type="spellStart"/>
            <w:r>
              <w:rPr>
                <w:sz w:val="14"/>
              </w:rPr>
              <w:t>Godišnje</w:t>
            </w:r>
            <w:proofErr w:type="spellEnd"/>
          </w:p>
        </w:tc>
      </w:tr>
      <w:tr w:rsidR="00A577E8" w14:paraId="65B0660E" w14:textId="77777777" w:rsidTr="007A765D">
        <w:trPr>
          <w:jc w:val="center"/>
        </w:trPr>
        <w:tc>
          <w:tcPr>
            <w:tcW w:w="539" w:type="dxa"/>
            <w:vAlign w:val="center"/>
          </w:tcPr>
          <w:p w14:paraId="7CC323CE" w14:textId="24477774" w:rsidR="00A577E8" w:rsidRDefault="00FA2A60">
            <w:r>
              <w:rPr>
                <w:sz w:val="14"/>
              </w:rPr>
              <w:t>R0</w:t>
            </w:r>
            <w:r w:rsidR="00112225">
              <w:rPr>
                <w:sz w:val="14"/>
              </w:rPr>
              <w:t>5</w:t>
            </w:r>
          </w:p>
        </w:tc>
        <w:tc>
          <w:tcPr>
            <w:tcW w:w="1236" w:type="dxa"/>
            <w:vAlign w:val="center"/>
          </w:tcPr>
          <w:p w14:paraId="65418208" w14:textId="77777777" w:rsidR="00A577E8" w:rsidRDefault="00FA2A60">
            <w:proofErr w:type="spellStart"/>
            <w:r>
              <w:rPr>
                <w:sz w:val="14"/>
              </w:rPr>
              <w:t>Pokloni</w:t>
            </w:r>
            <w:proofErr w:type="spellEnd"/>
          </w:p>
        </w:tc>
        <w:tc>
          <w:tcPr>
            <w:tcW w:w="1822" w:type="dxa"/>
            <w:vAlign w:val="center"/>
          </w:tcPr>
          <w:p w14:paraId="1D2651D6" w14:textId="77777777" w:rsidR="00A577E8" w:rsidRDefault="00FA2A60">
            <w:proofErr w:type="spellStart"/>
            <w:r>
              <w:rPr>
                <w:sz w:val="14"/>
              </w:rPr>
              <w:t>Poklon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uticati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stvoriti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privid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uticaja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odluku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621E4BEB" w14:textId="77777777" w:rsidR="00A577E8" w:rsidRDefault="00FA2A60">
            <w:proofErr w:type="spellStart"/>
            <w:r>
              <w:rPr>
                <w:sz w:val="14"/>
              </w:rPr>
              <w:t>Opća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etička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pravila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3F5353A8" w14:textId="77777777" w:rsidR="00A577E8" w:rsidRDefault="00FA2A60">
            <w:proofErr w:type="spellStart"/>
            <w:r>
              <w:rPr>
                <w:sz w:val="14"/>
              </w:rPr>
              <w:t>Pravilnik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pravila</w:t>
            </w:r>
            <w:proofErr w:type="spellEnd"/>
            <w:r>
              <w:rPr>
                <w:sz w:val="14"/>
              </w:rPr>
              <w:t xml:space="preserve"> o </w:t>
            </w:r>
            <w:proofErr w:type="spellStart"/>
            <w:r>
              <w:rPr>
                <w:sz w:val="14"/>
              </w:rPr>
              <w:t>poklonima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primljenih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poklona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prijava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nedozvoljenih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pogodnosti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7ABD3356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</w:p>
        </w:tc>
        <w:tc>
          <w:tcPr>
            <w:tcW w:w="1003" w:type="dxa"/>
            <w:vAlign w:val="center"/>
          </w:tcPr>
          <w:p w14:paraId="47676C3E" w14:textId="77777777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322F0F8C" w14:textId="77777777" w:rsidTr="007A765D">
        <w:trPr>
          <w:jc w:val="center"/>
        </w:trPr>
        <w:tc>
          <w:tcPr>
            <w:tcW w:w="539" w:type="dxa"/>
            <w:vAlign w:val="center"/>
          </w:tcPr>
          <w:p w14:paraId="3B4817A1" w14:textId="795A7330" w:rsidR="00A577E8" w:rsidRDefault="00FA2A60">
            <w:r>
              <w:rPr>
                <w:sz w:val="14"/>
              </w:rPr>
              <w:t>R0</w:t>
            </w:r>
            <w:r w:rsidR="00112225">
              <w:rPr>
                <w:sz w:val="14"/>
              </w:rPr>
              <w:t>6</w:t>
            </w:r>
          </w:p>
        </w:tc>
        <w:tc>
          <w:tcPr>
            <w:tcW w:w="1236" w:type="dxa"/>
            <w:vAlign w:val="center"/>
          </w:tcPr>
          <w:p w14:paraId="57BF4E95" w14:textId="77777777" w:rsidR="00A577E8" w:rsidRDefault="00FA2A60">
            <w:proofErr w:type="spellStart"/>
            <w:r>
              <w:rPr>
                <w:sz w:val="14"/>
              </w:rPr>
              <w:t>Nastava</w:t>
            </w:r>
            <w:proofErr w:type="spellEnd"/>
          </w:p>
        </w:tc>
        <w:tc>
          <w:tcPr>
            <w:tcW w:w="1822" w:type="dxa"/>
            <w:vAlign w:val="center"/>
          </w:tcPr>
          <w:p w14:paraId="613694D3" w14:textId="77777777" w:rsidR="00A577E8" w:rsidRDefault="00FA2A60">
            <w:proofErr w:type="spellStart"/>
            <w:r>
              <w:rPr>
                <w:sz w:val="14"/>
              </w:rPr>
              <w:t>Favorizovanje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pojedinih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učenika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narušiti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jednakost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05F855AC" w14:textId="77777777" w:rsidR="00A577E8" w:rsidRDefault="00FA2A60">
            <w:proofErr w:type="spellStart"/>
            <w:r>
              <w:rPr>
                <w:sz w:val="14"/>
              </w:rPr>
              <w:t>Pedagoški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nadzor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22FB53FE" w14:textId="77777777" w:rsidR="00A577E8" w:rsidRDefault="00FA2A60">
            <w:proofErr w:type="spellStart"/>
            <w:r>
              <w:rPr>
                <w:sz w:val="14"/>
              </w:rPr>
              <w:t>Jasni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kriteriji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dokumentovane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odluke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pritužbeni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kanal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1ED20D12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nastavnici</w:t>
            </w:r>
            <w:proofErr w:type="spellEnd"/>
          </w:p>
        </w:tc>
        <w:tc>
          <w:tcPr>
            <w:tcW w:w="1003" w:type="dxa"/>
            <w:vAlign w:val="center"/>
          </w:tcPr>
          <w:p w14:paraId="7B4C1E30" w14:textId="77777777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517DBD52" w14:textId="77777777" w:rsidTr="007A765D">
        <w:trPr>
          <w:jc w:val="center"/>
        </w:trPr>
        <w:tc>
          <w:tcPr>
            <w:tcW w:w="539" w:type="dxa"/>
            <w:vAlign w:val="center"/>
          </w:tcPr>
          <w:p w14:paraId="52744E4B" w14:textId="3F17A0F6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07</w:t>
            </w:r>
          </w:p>
        </w:tc>
        <w:tc>
          <w:tcPr>
            <w:tcW w:w="1236" w:type="dxa"/>
            <w:vAlign w:val="center"/>
          </w:tcPr>
          <w:p w14:paraId="52EC6451" w14:textId="77777777" w:rsidR="00A577E8" w:rsidRDefault="00FA2A60">
            <w:proofErr w:type="spellStart"/>
            <w:r>
              <w:rPr>
                <w:sz w:val="14"/>
              </w:rPr>
              <w:t>Ocjenjivanje</w:t>
            </w:r>
            <w:proofErr w:type="spellEnd"/>
          </w:p>
        </w:tc>
        <w:tc>
          <w:tcPr>
            <w:tcW w:w="1822" w:type="dxa"/>
            <w:vAlign w:val="center"/>
          </w:tcPr>
          <w:p w14:paraId="51D165CB" w14:textId="77777777" w:rsidR="00A577E8" w:rsidRDefault="00FA2A60">
            <w:proofErr w:type="spellStart"/>
            <w:r>
              <w:rPr>
                <w:sz w:val="14"/>
              </w:rPr>
              <w:t>Subjektivnost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uticati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uspjeh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učenika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693B0BF0" w14:textId="77777777" w:rsidR="00A577E8" w:rsidRDefault="00FA2A60">
            <w:proofErr w:type="spellStart"/>
            <w:r>
              <w:rPr>
                <w:sz w:val="14"/>
              </w:rPr>
              <w:t>Nastavni</w:t>
            </w:r>
            <w:proofErr w:type="spellEnd"/>
            <w:r>
              <w:rPr>
                <w:sz w:val="14"/>
              </w:rPr>
              <w:t xml:space="preserve"> plan, </w:t>
            </w:r>
            <w:proofErr w:type="spellStart"/>
            <w:r>
              <w:rPr>
                <w:sz w:val="14"/>
              </w:rPr>
              <w:t>praćenje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vijeća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1945E54F" w14:textId="77777777" w:rsidR="00A577E8" w:rsidRDefault="00FA2A60">
            <w:proofErr w:type="spellStart"/>
            <w:r>
              <w:rPr>
                <w:sz w:val="14"/>
              </w:rPr>
              <w:t>Kriteriji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obrazloženja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dokumentovanje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važnih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odluka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postupanje</w:t>
            </w:r>
            <w:proofErr w:type="spellEnd"/>
            <w:r>
              <w:rPr>
                <w:sz w:val="14"/>
              </w:rPr>
              <w:t xml:space="preserve"> po </w:t>
            </w:r>
            <w:proofErr w:type="spellStart"/>
            <w:r>
              <w:rPr>
                <w:sz w:val="14"/>
              </w:rPr>
              <w:t>prigovorima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297AC97D" w14:textId="77777777" w:rsidR="00A577E8" w:rsidRDefault="00FA2A60">
            <w:proofErr w:type="spellStart"/>
            <w:r>
              <w:rPr>
                <w:sz w:val="14"/>
              </w:rPr>
              <w:t>Nastavnici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Nastavničko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vijeće</w:t>
            </w:r>
            <w:proofErr w:type="spellEnd"/>
          </w:p>
        </w:tc>
        <w:tc>
          <w:tcPr>
            <w:tcW w:w="1003" w:type="dxa"/>
            <w:vAlign w:val="center"/>
          </w:tcPr>
          <w:p w14:paraId="66908651" w14:textId="77777777" w:rsidR="00A577E8" w:rsidRDefault="00FA2A60">
            <w:proofErr w:type="spellStart"/>
            <w:r>
              <w:rPr>
                <w:sz w:val="14"/>
              </w:rPr>
              <w:t>Svaka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školska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godina</w:t>
            </w:r>
            <w:proofErr w:type="spellEnd"/>
          </w:p>
        </w:tc>
      </w:tr>
      <w:tr w:rsidR="00A577E8" w14:paraId="6CB2EF35" w14:textId="77777777" w:rsidTr="007A765D">
        <w:trPr>
          <w:jc w:val="center"/>
        </w:trPr>
        <w:tc>
          <w:tcPr>
            <w:tcW w:w="539" w:type="dxa"/>
            <w:vAlign w:val="center"/>
          </w:tcPr>
          <w:p w14:paraId="5FD4E235" w14:textId="54BA51F0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08</w:t>
            </w:r>
          </w:p>
        </w:tc>
        <w:tc>
          <w:tcPr>
            <w:tcW w:w="1236" w:type="dxa"/>
            <w:vAlign w:val="center"/>
          </w:tcPr>
          <w:p w14:paraId="04F6E8EB" w14:textId="77777777" w:rsidR="00A577E8" w:rsidRDefault="00FA2A60">
            <w:proofErr w:type="spellStart"/>
            <w:r>
              <w:rPr>
                <w:sz w:val="14"/>
              </w:rPr>
              <w:t>Ispiti</w:t>
            </w:r>
            <w:proofErr w:type="spellEnd"/>
          </w:p>
        </w:tc>
        <w:tc>
          <w:tcPr>
            <w:tcW w:w="1822" w:type="dxa"/>
            <w:vAlign w:val="center"/>
          </w:tcPr>
          <w:p w14:paraId="0F5234CC" w14:textId="77777777" w:rsidR="00A577E8" w:rsidRDefault="00FA2A60">
            <w:proofErr w:type="spellStart"/>
            <w:r>
              <w:rPr>
                <w:sz w:val="14"/>
              </w:rPr>
              <w:t>Komisija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izložena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pritisku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sukobu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interesa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5FC03D24" w14:textId="77777777" w:rsidR="00A577E8" w:rsidRDefault="00FA2A60">
            <w:proofErr w:type="spellStart"/>
            <w:r>
              <w:rPr>
                <w:sz w:val="14"/>
              </w:rPr>
              <w:t>Komisijski</w:t>
            </w:r>
            <w:proofErr w:type="spellEnd"/>
            <w:r>
              <w:rPr>
                <w:sz w:val="14"/>
              </w:rPr>
              <w:t xml:space="preserve"> rad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zapisnik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6CF66F68" w14:textId="77777777" w:rsidR="00A577E8" w:rsidRDefault="00FA2A60">
            <w:proofErr w:type="spellStart"/>
            <w:r>
              <w:rPr>
                <w:sz w:val="14"/>
              </w:rPr>
              <w:t>Izjave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članova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standardizovani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obrasci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čuvanje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zapisnika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451CE71C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komisija</w:t>
            </w:r>
            <w:proofErr w:type="spellEnd"/>
          </w:p>
        </w:tc>
        <w:tc>
          <w:tcPr>
            <w:tcW w:w="1003" w:type="dxa"/>
            <w:vAlign w:val="center"/>
          </w:tcPr>
          <w:p w14:paraId="00DB009B" w14:textId="77777777" w:rsidR="00A577E8" w:rsidRDefault="00FA2A60">
            <w:r>
              <w:rPr>
                <w:sz w:val="14"/>
              </w:rPr>
              <w:t xml:space="preserve">Za </w:t>
            </w:r>
            <w:proofErr w:type="spellStart"/>
            <w:r>
              <w:rPr>
                <w:sz w:val="14"/>
              </w:rPr>
              <w:t>svaki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ispit</w:t>
            </w:r>
            <w:proofErr w:type="spellEnd"/>
          </w:p>
        </w:tc>
      </w:tr>
      <w:tr w:rsidR="00A577E8" w14:paraId="46314879" w14:textId="77777777" w:rsidTr="007A765D">
        <w:trPr>
          <w:jc w:val="center"/>
        </w:trPr>
        <w:tc>
          <w:tcPr>
            <w:tcW w:w="539" w:type="dxa"/>
            <w:vAlign w:val="center"/>
          </w:tcPr>
          <w:p w14:paraId="6ABC54B7" w14:textId="615BE8FB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09</w:t>
            </w:r>
          </w:p>
        </w:tc>
        <w:tc>
          <w:tcPr>
            <w:tcW w:w="1236" w:type="dxa"/>
            <w:vAlign w:val="center"/>
          </w:tcPr>
          <w:p w14:paraId="560AD3FC" w14:textId="77777777" w:rsidR="00A577E8" w:rsidRDefault="00FA2A60">
            <w:proofErr w:type="spellStart"/>
            <w:r>
              <w:rPr>
                <w:sz w:val="14"/>
              </w:rPr>
              <w:t>Nagrade</w:t>
            </w:r>
            <w:proofErr w:type="spellEnd"/>
          </w:p>
        </w:tc>
        <w:tc>
          <w:tcPr>
            <w:tcW w:w="1822" w:type="dxa"/>
            <w:vAlign w:val="center"/>
          </w:tcPr>
          <w:p w14:paraId="78734CC6" w14:textId="77777777" w:rsidR="00A577E8" w:rsidRDefault="00FA2A60">
            <w:proofErr w:type="spellStart"/>
            <w:r>
              <w:rPr>
                <w:sz w:val="14"/>
              </w:rPr>
              <w:t>Nagrade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mogu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predmet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ličnih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preferencija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7A554D26" w14:textId="77777777" w:rsidR="00A577E8" w:rsidRDefault="00FA2A60">
            <w:proofErr w:type="spellStart"/>
            <w:r>
              <w:rPr>
                <w:sz w:val="14"/>
              </w:rPr>
              <w:t>Odluke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vijeća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357DA982" w14:textId="77777777" w:rsidR="00A577E8" w:rsidRDefault="00FA2A60">
            <w:proofErr w:type="spellStart"/>
            <w:r>
              <w:rPr>
                <w:sz w:val="14"/>
              </w:rPr>
              <w:t>Kriteriji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dokumentacija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obrazloženje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odluke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30DCC010" w14:textId="77777777" w:rsidR="00A577E8" w:rsidRDefault="00FA2A60">
            <w:proofErr w:type="spellStart"/>
            <w:r>
              <w:rPr>
                <w:sz w:val="14"/>
              </w:rPr>
              <w:t>Nastavničko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vijeće</w:t>
            </w:r>
            <w:proofErr w:type="spellEnd"/>
          </w:p>
        </w:tc>
        <w:tc>
          <w:tcPr>
            <w:tcW w:w="1003" w:type="dxa"/>
            <w:vAlign w:val="center"/>
          </w:tcPr>
          <w:p w14:paraId="1FC0E581" w14:textId="77777777" w:rsidR="00A577E8" w:rsidRDefault="00FA2A60">
            <w:proofErr w:type="spellStart"/>
            <w:r>
              <w:rPr>
                <w:sz w:val="14"/>
              </w:rPr>
              <w:t>Godišnje</w:t>
            </w:r>
            <w:proofErr w:type="spellEnd"/>
          </w:p>
        </w:tc>
      </w:tr>
      <w:tr w:rsidR="00A577E8" w14:paraId="039A3C1A" w14:textId="77777777" w:rsidTr="007A765D">
        <w:trPr>
          <w:jc w:val="center"/>
        </w:trPr>
        <w:tc>
          <w:tcPr>
            <w:tcW w:w="539" w:type="dxa"/>
            <w:vAlign w:val="center"/>
          </w:tcPr>
          <w:p w14:paraId="6BB63627" w14:textId="16F8E0DE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10</w:t>
            </w:r>
          </w:p>
        </w:tc>
        <w:tc>
          <w:tcPr>
            <w:tcW w:w="1236" w:type="dxa"/>
            <w:vAlign w:val="center"/>
          </w:tcPr>
          <w:p w14:paraId="48485B19" w14:textId="77777777" w:rsidR="00A577E8" w:rsidRDefault="00FA2A60">
            <w:proofErr w:type="spellStart"/>
            <w:r>
              <w:rPr>
                <w:sz w:val="14"/>
              </w:rPr>
              <w:t>Roditelji</w:t>
            </w:r>
            <w:proofErr w:type="spellEnd"/>
          </w:p>
        </w:tc>
        <w:tc>
          <w:tcPr>
            <w:tcW w:w="1822" w:type="dxa"/>
            <w:vAlign w:val="center"/>
          </w:tcPr>
          <w:p w14:paraId="1ADB9B56" w14:textId="77777777" w:rsidR="00A577E8" w:rsidRDefault="00FA2A60">
            <w:proofErr w:type="spellStart"/>
            <w:r>
              <w:rPr>
                <w:sz w:val="14"/>
              </w:rPr>
              <w:t>Pritisak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roditelja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uticati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ocjene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druge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odluke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75E2F021" w14:textId="77777777" w:rsidR="00A577E8" w:rsidRDefault="00FA2A60">
            <w:proofErr w:type="spellStart"/>
            <w:r>
              <w:rPr>
                <w:sz w:val="14"/>
              </w:rPr>
              <w:t>Razgovori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vijeća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1E23238B" w14:textId="77777777" w:rsidR="00A577E8" w:rsidRDefault="00FA2A60">
            <w:proofErr w:type="spellStart"/>
            <w:r>
              <w:rPr>
                <w:sz w:val="14"/>
              </w:rPr>
              <w:t>Komunikacija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kroz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kanale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zapisnik</w:t>
            </w:r>
            <w:proofErr w:type="spellEnd"/>
            <w:r>
              <w:rPr>
                <w:sz w:val="14"/>
              </w:rPr>
              <w:t xml:space="preserve"> za </w:t>
            </w:r>
            <w:proofErr w:type="spellStart"/>
            <w:r>
              <w:rPr>
                <w:sz w:val="14"/>
              </w:rPr>
              <w:t>sporne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slučajeve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45174138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nastavnik</w:t>
            </w:r>
            <w:proofErr w:type="spellEnd"/>
          </w:p>
        </w:tc>
        <w:tc>
          <w:tcPr>
            <w:tcW w:w="1003" w:type="dxa"/>
            <w:vAlign w:val="center"/>
          </w:tcPr>
          <w:p w14:paraId="282DE440" w14:textId="77777777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587EB40B" w14:textId="77777777" w:rsidTr="007A765D">
        <w:trPr>
          <w:jc w:val="center"/>
        </w:trPr>
        <w:tc>
          <w:tcPr>
            <w:tcW w:w="539" w:type="dxa"/>
            <w:vAlign w:val="center"/>
          </w:tcPr>
          <w:p w14:paraId="05001365" w14:textId="126D0209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11</w:t>
            </w:r>
          </w:p>
        </w:tc>
        <w:tc>
          <w:tcPr>
            <w:tcW w:w="1236" w:type="dxa"/>
            <w:vAlign w:val="center"/>
          </w:tcPr>
          <w:p w14:paraId="6EF4B90B" w14:textId="77777777" w:rsidR="00A577E8" w:rsidRDefault="00FA2A60">
            <w:proofErr w:type="spellStart"/>
            <w:r>
              <w:rPr>
                <w:sz w:val="14"/>
              </w:rPr>
              <w:t>Isprave</w:t>
            </w:r>
            <w:proofErr w:type="spellEnd"/>
          </w:p>
        </w:tc>
        <w:tc>
          <w:tcPr>
            <w:tcW w:w="1822" w:type="dxa"/>
            <w:vAlign w:val="center"/>
          </w:tcPr>
          <w:p w14:paraId="3D6BD368" w14:textId="77777777" w:rsidR="00A577E8" w:rsidRDefault="00FA2A60">
            <w:proofErr w:type="spellStart"/>
            <w:r>
              <w:rPr>
                <w:sz w:val="14"/>
              </w:rPr>
              <w:t>Neovlašteno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izdavanje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izmjena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isprava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proizvesti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pravne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posljedice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6C9A12B9" w14:textId="77777777" w:rsidR="00A577E8" w:rsidRDefault="00FA2A60">
            <w:proofErr w:type="spellStart"/>
            <w:r>
              <w:rPr>
                <w:sz w:val="14"/>
              </w:rPr>
              <w:t>Ovlaštenja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evidencije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6DCD2A28" w14:textId="77777777" w:rsidR="00A577E8" w:rsidRDefault="00FA2A60">
            <w:proofErr w:type="spellStart"/>
            <w:r>
              <w:rPr>
                <w:sz w:val="14"/>
              </w:rPr>
              <w:t>Dvostruka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provjera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registar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izdatih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isprava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kontrola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blanketa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72D7308C" w14:textId="77777777" w:rsidR="00A577E8" w:rsidRDefault="00FA2A60">
            <w:proofErr w:type="spellStart"/>
            <w:r>
              <w:rPr>
                <w:sz w:val="14"/>
              </w:rPr>
              <w:t>Sekretar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direktor</w:t>
            </w:r>
            <w:proofErr w:type="spellEnd"/>
          </w:p>
        </w:tc>
        <w:tc>
          <w:tcPr>
            <w:tcW w:w="1003" w:type="dxa"/>
            <w:vAlign w:val="center"/>
          </w:tcPr>
          <w:p w14:paraId="446E59FA" w14:textId="77777777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49313518" w14:textId="77777777" w:rsidTr="007A765D">
        <w:trPr>
          <w:jc w:val="center"/>
        </w:trPr>
        <w:tc>
          <w:tcPr>
            <w:tcW w:w="539" w:type="dxa"/>
            <w:vAlign w:val="center"/>
          </w:tcPr>
          <w:p w14:paraId="0FCDFD3D" w14:textId="5DCF73AC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12</w:t>
            </w:r>
          </w:p>
        </w:tc>
        <w:tc>
          <w:tcPr>
            <w:tcW w:w="1236" w:type="dxa"/>
            <w:vAlign w:val="center"/>
          </w:tcPr>
          <w:p w14:paraId="6C78CE92" w14:textId="77777777" w:rsidR="00A577E8" w:rsidRDefault="00FA2A60">
            <w:proofErr w:type="spellStart"/>
            <w:r>
              <w:rPr>
                <w:sz w:val="14"/>
              </w:rPr>
              <w:t>Lični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podaci</w:t>
            </w:r>
            <w:proofErr w:type="spellEnd"/>
          </w:p>
        </w:tc>
        <w:tc>
          <w:tcPr>
            <w:tcW w:w="1822" w:type="dxa"/>
            <w:vAlign w:val="center"/>
          </w:tcPr>
          <w:p w14:paraId="7199A6D4" w14:textId="77777777" w:rsidR="00A577E8" w:rsidRDefault="00FA2A60">
            <w:proofErr w:type="spellStart"/>
            <w:r>
              <w:rPr>
                <w:sz w:val="14"/>
              </w:rPr>
              <w:t>Podaci</w:t>
            </w:r>
            <w:proofErr w:type="spellEnd"/>
            <w:r>
              <w:rPr>
                <w:sz w:val="14"/>
              </w:rPr>
              <w:t xml:space="preserve"> o </w:t>
            </w:r>
            <w:proofErr w:type="spellStart"/>
            <w:r>
              <w:rPr>
                <w:sz w:val="14"/>
              </w:rPr>
              <w:t>učenicima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osjetljivi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mogu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zloupotrijebljeni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2EA21385" w14:textId="77777777" w:rsidR="00A577E8" w:rsidRDefault="00FA2A60">
            <w:proofErr w:type="spellStart"/>
            <w:r>
              <w:rPr>
                <w:sz w:val="14"/>
              </w:rPr>
              <w:t>Korisnički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pristupi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evidencije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1AD39C93" w14:textId="77777777" w:rsidR="00A577E8" w:rsidRDefault="00FA2A60">
            <w:r>
              <w:rPr>
                <w:sz w:val="14"/>
              </w:rPr>
              <w:t xml:space="preserve">Princip </w:t>
            </w:r>
            <w:proofErr w:type="spellStart"/>
            <w:r>
              <w:rPr>
                <w:sz w:val="14"/>
              </w:rPr>
              <w:t>najmanjeg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pristupa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obuka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pravila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arhiviranja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uništavanja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432A8347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sekretar</w:t>
            </w:r>
            <w:proofErr w:type="spellEnd"/>
            <w:r>
              <w:rPr>
                <w:sz w:val="14"/>
              </w:rPr>
              <w:t>/IT</w:t>
            </w:r>
          </w:p>
        </w:tc>
        <w:tc>
          <w:tcPr>
            <w:tcW w:w="1003" w:type="dxa"/>
            <w:vAlign w:val="center"/>
          </w:tcPr>
          <w:p w14:paraId="50FB0665" w14:textId="77777777" w:rsidR="00A577E8" w:rsidRDefault="00FA2A60">
            <w:r>
              <w:rPr>
                <w:sz w:val="14"/>
              </w:rPr>
              <w:t xml:space="preserve">Do 90 dana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35B0FBAB" w14:textId="77777777" w:rsidTr="007A765D">
        <w:trPr>
          <w:jc w:val="center"/>
        </w:trPr>
        <w:tc>
          <w:tcPr>
            <w:tcW w:w="539" w:type="dxa"/>
            <w:vAlign w:val="center"/>
          </w:tcPr>
          <w:p w14:paraId="7FCEC2D7" w14:textId="4470CC18" w:rsidR="00A577E8" w:rsidRDefault="00FA2A60">
            <w:r>
              <w:rPr>
                <w:sz w:val="14"/>
              </w:rPr>
              <w:lastRenderedPageBreak/>
              <w:t>R</w:t>
            </w:r>
            <w:r w:rsidR="00112225">
              <w:rPr>
                <w:sz w:val="14"/>
              </w:rPr>
              <w:t>13</w:t>
            </w:r>
          </w:p>
        </w:tc>
        <w:tc>
          <w:tcPr>
            <w:tcW w:w="1236" w:type="dxa"/>
            <w:vAlign w:val="center"/>
          </w:tcPr>
          <w:p w14:paraId="3A15AC3D" w14:textId="77777777" w:rsidR="00A577E8" w:rsidRDefault="00FA2A60">
            <w:proofErr w:type="spellStart"/>
            <w:r>
              <w:rPr>
                <w:sz w:val="14"/>
              </w:rPr>
              <w:t>Digitalni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sistemi</w:t>
            </w:r>
            <w:proofErr w:type="spellEnd"/>
          </w:p>
        </w:tc>
        <w:tc>
          <w:tcPr>
            <w:tcW w:w="1822" w:type="dxa"/>
            <w:vAlign w:val="center"/>
          </w:tcPr>
          <w:p w14:paraId="6C7D7CFE" w14:textId="77777777" w:rsidR="00A577E8" w:rsidRDefault="00FA2A60">
            <w:proofErr w:type="spellStart"/>
            <w:r>
              <w:rPr>
                <w:sz w:val="14"/>
              </w:rPr>
              <w:t>Dijeljenje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lozinki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otvoreni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nalozi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mogu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omogućiti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neovlašten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pristup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25311E80" w14:textId="77777777" w:rsidR="00A577E8" w:rsidRDefault="00FA2A60">
            <w:proofErr w:type="spellStart"/>
            <w:r>
              <w:rPr>
                <w:sz w:val="14"/>
              </w:rPr>
              <w:t>Korisnički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nalozi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686BE2A6" w14:textId="77777777" w:rsidR="00A577E8" w:rsidRDefault="00FA2A60">
            <w:proofErr w:type="spellStart"/>
            <w:r>
              <w:rPr>
                <w:sz w:val="14"/>
              </w:rPr>
              <w:t>Individualni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nalozi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jaka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lozinka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zaključavanje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računara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ukidanje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pristupa</w:t>
            </w:r>
            <w:proofErr w:type="spellEnd"/>
            <w:r>
              <w:rPr>
                <w:sz w:val="14"/>
              </w:rPr>
              <w:t xml:space="preserve"> po </w:t>
            </w:r>
            <w:proofErr w:type="spellStart"/>
            <w:r>
              <w:rPr>
                <w:sz w:val="14"/>
              </w:rPr>
              <w:t>prestanku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rada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0DE2E575" w14:textId="77777777" w:rsidR="00A577E8" w:rsidRDefault="00FA2A60">
            <w:r>
              <w:rPr>
                <w:sz w:val="14"/>
              </w:rPr>
              <w:t>IT/</w:t>
            </w:r>
            <w:proofErr w:type="spellStart"/>
            <w:r>
              <w:rPr>
                <w:sz w:val="14"/>
              </w:rPr>
              <w:t>odgovorna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osoba</w:t>
            </w:r>
            <w:proofErr w:type="spellEnd"/>
          </w:p>
        </w:tc>
        <w:tc>
          <w:tcPr>
            <w:tcW w:w="1003" w:type="dxa"/>
            <w:vAlign w:val="center"/>
          </w:tcPr>
          <w:p w14:paraId="5489633D" w14:textId="77777777" w:rsidR="00A577E8" w:rsidRDefault="00FA2A60">
            <w:r>
              <w:rPr>
                <w:sz w:val="14"/>
              </w:rPr>
              <w:t>Do 60 dana</w:t>
            </w:r>
          </w:p>
        </w:tc>
      </w:tr>
      <w:tr w:rsidR="00A577E8" w14:paraId="2658BD6F" w14:textId="77777777" w:rsidTr="007A765D">
        <w:trPr>
          <w:jc w:val="center"/>
        </w:trPr>
        <w:tc>
          <w:tcPr>
            <w:tcW w:w="539" w:type="dxa"/>
            <w:vAlign w:val="center"/>
          </w:tcPr>
          <w:p w14:paraId="61B3A729" w14:textId="339476AE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14</w:t>
            </w:r>
          </w:p>
        </w:tc>
        <w:tc>
          <w:tcPr>
            <w:tcW w:w="1236" w:type="dxa"/>
            <w:vAlign w:val="center"/>
          </w:tcPr>
          <w:p w14:paraId="4420BA25" w14:textId="77777777" w:rsidR="00A577E8" w:rsidRDefault="00FA2A60">
            <w:proofErr w:type="spellStart"/>
            <w:r>
              <w:rPr>
                <w:sz w:val="14"/>
              </w:rPr>
              <w:t>Nabavke</w:t>
            </w:r>
            <w:proofErr w:type="spellEnd"/>
          </w:p>
        </w:tc>
        <w:tc>
          <w:tcPr>
            <w:tcW w:w="1822" w:type="dxa"/>
            <w:vAlign w:val="center"/>
          </w:tcPr>
          <w:p w14:paraId="3691E6A6" w14:textId="77777777" w:rsidR="00A577E8" w:rsidRDefault="00FA2A60">
            <w:proofErr w:type="spellStart"/>
            <w:r>
              <w:rPr>
                <w:sz w:val="14"/>
              </w:rPr>
              <w:t>Tehnička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specifikacija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prilagođena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jednom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dobavljaču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164A338B" w14:textId="77777777" w:rsidR="00A577E8" w:rsidRDefault="00FA2A60">
            <w:r>
              <w:rPr>
                <w:sz w:val="14"/>
              </w:rPr>
              <w:t xml:space="preserve">Plan </w:t>
            </w:r>
            <w:proofErr w:type="spellStart"/>
            <w:r>
              <w:rPr>
                <w:sz w:val="14"/>
              </w:rPr>
              <w:t>nabavki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komisija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37A808AE" w14:textId="77777777" w:rsidR="00A577E8" w:rsidRDefault="00FA2A60">
            <w:proofErr w:type="spellStart"/>
            <w:r>
              <w:rPr>
                <w:sz w:val="14"/>
              </w:rPr>
              <w:t>Provjera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tržišta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funkcionalne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specifikacije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obrazloženje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kriterija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4461C2FE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komisija</w:t>
            </w:r>
            <w:proofErr w:type="spellEnd"/>
          </w:p>
        </w:tc>
        <w:tc>
          <w:tcPr>
            <w:tcW w:w="1003" w:type="dxa"/>
            <w:vAlign w:val="center"/>
          </w:tcPr>
          <w:p w14:paraId="7582648F" w14:textId="77777777" w:rsidR="00A577E8" w:rsidRDefault="00FA2A60">
            <w:proofErr w:type="spellStart"/>
            <w:r>
              <w:rPr>
                <w:sz w:val="14"/>
              </w:rPr>
              <w:t>Pri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svakoj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nabavci</w:t>
            </w:r>
            <w:proofErr w:type="spellEnd"/>
          </w:p>
        </w:tc>
      </w:tr>
      <w:tr w:rsidR="00A577E8" w14:paraId="334D6143" w14:textId="77777777" w:rsidTr="007A765D">
        <w:trPr>
          <w:jc w:val="center"/>
        </w:trPr>
        <w:tc>
          <w:tcPr>
            <w:tcW w:w="539" w:type="dxa"/>
            <w:vAlign w:val="center"/>
          </w:tcPr>
          <w:p w14:paraId="35680BFD" w14:textId="7468FCD7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15</w:t>
            </w:r>
          </w:p>
        </w:tc>
        <w:tc>
          <w:tcPr>
            <w:tcW w:w="1236" w:type="dxa"/>
            <w:vAlign w:val="center"/>
          </w:tcPr>
          <w:p w14:paraId="73A0B961" w14:textId="77777777" w:rsidR="00A577E8" w:rsidRDefault="00FA2A60">
            <w:proofErr w:type="spellStart"/>
            <w:r>
              <w:rPr>
                <w:sz w:val="14"/>
              </w:rPr>
              <w:t>Nabavke</w:t>
            </w:r>
            <w:proofErr w:type="spellEnd"/>
          </w:p>
        </w:tc>
        <w:tc>
          <w:tcPr>
            <w:tcW w:w="1822" w:type="dxa"/>
            <w:vAlign w:val="center"/>
          </w:tcPr>
          <w:p w14:paraId="77F4C196" w14:textId="77777777" w:rsidR="00A577E8" w:rsidRDefault="00FA2A60">
            <w:proofErr w:type="spellStart"/>
            <w:r>
              <w:rPr>
                <w:sz w:val="14"/>
              </w:rPr>
              <w:t>Član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komisije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povezan</w:t>
            </w:r>
            <w:proofErr w:type="spellEnd"/>
            <w:r>
              <w:rPr>
                <w:sz w:val="14"/>
              </w:rPr>
              <w:t xml:space="preserve"> s </w:t>
            </w:r>
            <w:proofErr w:type="spellStart"/>
            <w:r>
              <w:rPr>
                <w:sz w:val="14"/>
              </w:rPr>
              <w:t>ponuđačem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03B3815F" w14:textId="77777777" w:rsidR="00A577E8" w:rsidRDefault="00FA2A60">
            <w:proofErr w:type="spellStart"/>
            <w:r>
              <w:rPr>
                <w:sz w:val="14"/>
              </w:rPr>
              <w:t>Izjava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članova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komisije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1876BFF4" w14:textId="77777777" w:rsidR="00A577E8" w:rsidRDefault="00FA2A60">
            <w:proofErr w:type="spellStart"/>
            <w:r>
              <w:rPr>
                <w:sz w:val="14"/>
              </w:rPr>
              <w:t>Izjava</w:t>
            </w:r>
            <w:proofErr w:type="spellEnd"/>
            <w:r>
              <w:rPr>
                <w:sz w:val="14"/>
              </w:rPr>
              <w:t xml:space="preserve"> o </w:t>
            </w:r>
            <w:proofErr w:type="spellStart"/>
            <w:r>
              <w:rPr>
                <w:sz w:val="14"/>
              </w:rPr>
              <w:t>sukobu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interesa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izuzeće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1EAEAE16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komisija</w:t>
            </w:r>
            <w:proofErr w:type="spellEnd"/>
          </w:p>
        </w:tc>
        <w:tc>
          <w:tcPr>
            <w:tcW w:w="1003" w:type="dxa"/>
            <w:vAlign w:val="center"/>
          </w:tcPr>
          <w:p w14:paraId="2E594F8B" w14:textId="77777777" w:rsidR="00A577E8" w:rsidRDefault="00FA2A60">
            <w:proofErr w:type="spellStart"/>
            <w:r>
              <w:rPr>
                <w:sz w:val="14"/>
              </w:rPr>
              <w:t>Pri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svakoj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nabavci</w:t>
            </w:r>
            <w:proofErr w:type="spellEnd"/>
          </w:p>
        </w:tc>
      </w:tr>
      <w:tr w:rsidR="00A577E8" w14:paraId="245EA5B7" w14:textId="77777777" w:rsidTr="007A765D">
        <w:trPr>
          <w:jc w:val="center"/>
        </w:trPr>
        <w:tc>
          <w:tcPr>
            <w:tcW w:w="539" w:type="dxa"/>
            <w:vAlign w:val="center"/>
          </w:tcPr>
          <w:p w14:paraId="3A99120B" w14:textId="4C4BDCC7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16</w:t>
            </w:r>
          </w:p>
        </w:tc>
        <w:tc>
          <w:tcPr>
            <w:tcW w:w="1236" w:type="dxa"/>
            <w:vAlign w:val="center"/>
          </w:tcPr>
          <w:p w14:paraId="1D560D82" w14:textId="77777777" w:rsidR="00A577E8" w:rsidRDefault="00FA2A60">
            <w:proofErr w:type="spellStart"/>
            <w:r>
              <w:rPr>
                <w:sz w:val="14"/>
              </w:rPr>
              <w:t>Nabavke</w:t>
            </w:r>
            <w:proofErr w:type="spellEnd"/>
          </w:p>
        </w:tc>
        <w:tc>
          <w:tcPr>
            <w:tcW w:w="1822" w:type="dxa"/>
            <w:vAlign w:val="center"/>
          </w:tcPr>
          <w:p w14:paraId="09510215" w14:textId="77777777" w:rsidR="00A577E8" w:rsidRDefault="00FA2A60">
            <w:proofErr w:type="spellStart"/>
            <w:r>
              <w:rPr>
                <w:sz w:val="14"/>
              </w:rPr>
              <w:t>Dijeljenje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nabavki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narušiti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konkurenciju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zakonitost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03C9888B" w14:textId="77777777" w:rsidR="00A577E8" w:rsidRDefault="00FA2A60">
            <w:r>
              <w:rPr>
                <w:sz w:val="14"/>
              </w:rPr>
              <w:t xml:space="preserve">Plan </w:t>
            </w:r>
            <w:proofErr w:type="spellStart"/>
            <w:r>
              <w:rPr>
                <w:sz w:val="14"/>
              </w:rPr>
              <w:t>nabavki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6587F6B7" w14:textId="77777777" w:rsidR="00A577E8" w:rsidRDefault="00FA2A60">
            <w:proofErr w:type="spellStart"/>
            <w:r>
              <w:rPr>
                <w:sz w:val="14"/>
              </w:rPr>
              <w:t>Godišnje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planiranje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kontrola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ukupne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procijenjene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vrijednosti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2C10A97E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finansije</w:t>
            </w:r>
            <w:proofErr w:type="spellEnd"/>
          </w:p>
        </w:tc>
        <w:tc>
          <w:tcPr>
            <w:tcW w:w="1003" w:type="dxa"/>
            <w:vAlign w:val="center"/>
          </w:tcPr>
          <w:p w14:paraId="1643068A" w14:textId="77777777" w:rsidR="00A577E8" w:rsidRDefault="00FA2A60">
            <w:proofErr w:type="spellStart"/>
            <w:r>
              <w:rPr>
                <w:sz w:val="14"/>
              </w:rPr>
              <w:t>Godišnje</w:t>
            </w:r>
            <w:proofErr w:type="spellEnd"/>
          </w:p>
        </w:tc>
      </w:tr>
      <w:tr w:rsidR="00A577E8" w14:paraId="01985B44" w14:textId="77777777" w:rsidTr="007A765D">
        <w:trPr>
          <w:jc w:val="center"/>
        </w:trPr>
        <w:tc>
          <w:tcPr>
            <w:tcW w:w="539" w:type="dxa"/>
            <w:vAlign w:val="center"/>
          </w:tcPr>
          <w:p w14:paraId="5E081F31" w14:textId="62FEEB1F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17</w:t>
            </w:r>
          </w:p>
        </w:tc>
        <w:tc>
          <w:tcPr>
            <w:tcW w:w="1236" w:type="dxa"/>
            <w:vAlign w:val="center"/>
          </w:tcPr>
          <w:p w14:paraId="78A1801A" w14:textId="77777777" w:rsidR="00A577E8" w:rsidRDefault="00FA2A60">
            <w:proofErr w:type="spellStart"/>
            <w:r>
              <w:rPr>
                <w:sz w:val="14"/>
              </w:rPr>
              <w:t>Nabavke</w:t>
            </w:r>
            <w:proofErr w:type="spellEnd"/>
          </w:p>
        </w:tc>
        <w:tc>
          <w:tcPr>
            <w:tcW w:w="1822" w:type="dxa"/>
            <w:vAlign w:val="center"/>
          </w:tcPr>
          <w:p w14:paraId="66BC5576" w14:textId="77777777" w:rsidR="00A577E8" w:rsidRDefault="00FA2A60">
            <w:proofErr w:type="spellStart"/>
            <w:r>
              <w:rPr>
                <w:sz w:val="14"/>
              </w:rPr>
              <w:t>Ugovor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formalno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zaključen</w:t>
            </w:r>
            <w:proofErr w:type="spellEnd"/>
            <w:r>
              <w:rPr>
                <w:sz w:val="14"/>
              </w:rPr>
              <w:t xml:space="preserve">, </w:t>
            </w:r>
            <w:proofErr w:type="gramStart"/>
            <w:r>
              <w:rPr>
                <w:sz w:val="14"/>
              </w:rPr>
              <w:t>a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izvršenje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slabo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kontrolisano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62277EFC" w14:textId="77777777" w:rsidR="00A577E8" w:rsidRDefault="00FA2A60">
            <w:proofErr w:type="spellStart"/>
            <w:r>
              <w:rPr>
                <w:sz w:val="14"/>
              </w:rPr>
              <w:t>Ugovori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fakture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203F71B3" w14:textId="77777777" w:rsidR="00A577E8" w:rsidRDefault="00FA2A60">
            <w:proofErr w:type="spellStart"/>
            <w:r>
              <w:rPr>
                <w:sz w:val="14"/>
              </w:rPr>
              <w:t>Odrediti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odgovornu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osobu</w:t>
            </w:r>
            <w:proofErr w:type="spellEnd"/>
            <w:r>
              <w:rPr>
                <w:sz w:val="14"/>
              </w:rPr>
              <w:t xml:space="preserve"> za </w:t>
            </w:r>
            <w:proofErr w:type="spellStart"/>
            <w:r>
              <w:rPr>
                <w:sz w:val="14"/>
              </w:rPr>
              <w:t>prijem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kontrolu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zapisnik</w:t>
            </w:r>
            <w:proofErr w:type="spellEnd"/>
            <w:r>
              <w:rPr>
                <w:sz w:val="14"/>
              </w:rPr>
              <w:t xml:space="preserve"> o </w:t>
            </w:r>
            <w:proofErr w:type="spellStart"/>
            <w:r>
              <w:rPr>
                <w:sz w:val="14"/>
              </w:rPr>
              <w:t>izvršenju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3CF9A5F0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ovlaštena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osoba</w:t>
            </w:r>
            <w:proofErr w:type="spellEnd"/>
          </w:p>
        </w:tc>
        <w:tc>
          <w:tcPr>
            <w:tcW w:w="1003" w:type="dxa"/>
            <w:vAlign w:val="center"/>
          </w:tcPr>
          <w:p w14:paraId="505FADB8" w14:textId="77777777" w:rsidR="00A577E8" w:rsidRDefault="00FA2A60">
            <w:proofErr w:type="spellStart"/>
            <w:r>
              <w:rPr>
                <w:sz w:val="14"/>
              </w:rPr>
              <w:t>Pri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svakoj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nabavci</w:t>
            </w:r>
            <w:proofErr w:type="spellEnd"/>
          </w:p>
        </w:tc>
      </w:tr>
      <w:tr w:rsidR="00A577E8" w14:paraId="08B29951" w14:textId="77777777" w:rsidTr="007A765D">
        <w:trPr>
          <w:jc w:val="center"/>
        </w:trPr>
        <w:tc>
          <w:tcPr>
            <w:tcW w:w="539" w:type="dxa"/>
            <w:vAlign w:val="center"/>
          </w:tcPr>
          <w:p w14:paraId="4CF1F700" w14:textId="604C63BA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18</w:t>
            </w:r>
          </w:p>
        </w:tc>
        <w:tc>
          <w:tcPr>
            <w:tcW w:w="1236" w:type="dxa"/>
            <w:vAlign w:val="center"/>
          </w:tcPr>
          <w:p w14:paraId="799D96C9" w14:textId="77777777" w:rsidR="00A577E8" w:rsidRDefault="00FA2A60">
            <w:proofErr w:type="spellStart"/>
            <w:r>
              <w:rPr>
                <w:sz w:val="14"/>
              </w:rPr>
              <w:t>Imovina</w:t>
            </w:r>
            <w:proofErr w:type="spellEnd"/>
          </w:p>
        </w:tc>
        <w:tc>
          <w:tcPr>
            <w:tcW w:w="1822" w:type="dxa"/>
            <w:vAlign w:val="center"/>
          </w:tcPr>
          <w:p w14:paraId="2DAE95E1" w14:textId="77777777" w:rsidR="00A577E8" w:rsidRDefault="00FA2A60">
            <w:proofErr w:type="spellStart"/>
            <w:r>
              <w:rPr>
                <w:sz w:val="14"/>
              </w:rPr>
              <w:t>Instrumenti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visoke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vrijednosti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mogu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izgubljeni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oštećeni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1DB8B221" w14:textId="77777777" w:rsidR="00A577E8" w:rsidRDefault="00FA2A60">
            <w:proofErr w:type="spellStart"/>
            <w:r>
              <w:rPr>
                <w:sz w:val="14"/>
              </w:rPr>
              <w:t>Inventura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51966A36" w14:textId="77777777" w:rsidR="00A577E8" w:rsidRDefault="00FA2A60">
            <w:proofErr w:type="spellStart"/>
            <w:r>
              <w:rPr>
                <w:sz w:val="14"/>
              </w:rPr>
              <w:t>Kartice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zaduženja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primopredaja</w:t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periodični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pregled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stanja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12758BBC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komisija</w:t>
            </w:r>
            <w:proofErr w:type="spellEnd"/>
            <w:r>
              <w:rPr>
                <w:sz w:val="14"/>
              </w:rPr>
              <w:t xml:space="preserve"> za </w:t>
            </w:r>
            <w:proofErr w:type="spellStart"/>
            <w:r>
              <w:rPr>
                <w:sz w:val="14"/>
              </w:rPr>
              <w:t>inventuru</w:t>
            </w:r>
            <w:proofErr w:type="spellEnd"/>
          </w:p>
        </w:tc>
        <w:tc>
          <w:tcPr>
            <w:tcW w:w="1003" w:type="dxa"/>
            <w:vAlign w:val="center"/>
          </w:tcPr>
          <w:p w14:paraId="427E7746" w14:textId="77777777" w:rsidR="00A577E8" w:rsidRDefault="00FA2A60">
            <w:proofErr w:type="spellStart"/>
            <w:r>
              <w:rPr>
                <w:sz w:val="14"/>
              </w:rPr>
              <w:t>Godišnje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po </w:t>
            </w:r>
            <w:proofErr w:type="spellStart"/>
            <w:r>
              <w:rPr>
                <w:sz w:val="14"/>
              </w:rPr>
              <w:t>zaduženju</w:t>
            </w:r>
            <w:proofErr w:type="spellEnd"/>
          </w:p>
        </w:tc>
      </w:tr>
      <w:tr w:rsidR="00A577E8" w14:paraId="461E098D" w14:textId="77777777" w:rsidTr="007A765D">
        <w:trPr>
          <w:jc w:val="center"/>
        </w:trPr>
        <w:tc>
          <w:tcPr>
            <w:tcW w:w="539" w:type="dxa"/>
            <w:vAlign w:val="center"/>
          </w:tcPr>
          <w:p w14:paraId="46B06695" w14:textId="13B592AB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19</w:t>
            </w:r>
          </w:p>
        </w:tc>
        <w:tc>
          <w:tcPr>
            <w:tcW w:w="1236" w:type="dxa"/>
            <w:vAlign w:val="center"/>
          </w:tcPr>
          <w:p w14:paraId="785C37C5" w14:textId="77777777" w:rsidR="00A577E8" w:rsidRDefault="00FA2A60">
            <w:proofErr w:type="spellStart"/>
            <w:r>
              <w:rPr>
                <w:sz w:val="14"/>
              </w:rPr>
              <w:t>Imovina</w:t>
            </w:r>
            <w:proofErr w:type="spellEnd"/>
          </w:p>
        </w:tc>
        <w:tc>
          <w:tcPr>
            <w:tcW w:w="1822" w:type="dxa"/>
            <w:vAlign w:val="center"/>
          </w:tcPr>
          <w:p w14:paraId="04D47203" w14:textId="77777777" w:rsidR="00A577E8" w:rsidRDefault="00FA2A60">
            <w:proofErr w:type="spellStart"/>
            <w:r>
              <w:rPr>
                <w:sz w:val="14"/>
              </w:rPr>
              <w:t>Neadekvatne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evidencije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otežavaju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utvrđivanje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odgovornosti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652690DD" w14:textId="77777777" w:rsidR="00A577E8" w:rsidRDefault="00FA2A60">
            <w:proofErr w:type="spellStart"/>
            <w:r>
              <w:rPr>
                <w:sz w:val="14"/>
              </w:rPr>
              <w:t>Inventurne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liste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13905BD5" w14:textId="77777777" w:rsidR="00A577E8" w:rsidRDefault="00FA2A60">
            <w:proofErr w:type="spellStart"/>
            <w:r>
              <w:rPr>
                <w:sz w:val="14"/>
              </w:rPr>
              <w:t>Jedinstvena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potpis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zaduženja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razduženja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241FC349" w14:textId="77777777" w:rsidR="00A577E8" w:rsidRDefault="00FA2A60">
            <w:proofErr w:type="spellStart"/>
            <w:r>
              <w:rPr>
                <w:sz w:val="14"/>
              </w:rPr>
              <w:t>Sekretar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računovodstvo</w:t>
            </w:r>
            <w:proofErr w:type="spellEnd"/>
          </w:p>
        </w:tc>
        <w:tc>
          <w:tcPr>
            <w:tcW w:w="1003" w:type="dxa"/>
            <w:vAlign w:val="center"/>
          </w:tcPr>
          <w:p w14:paraId="7193973E" w14:textId="77777777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05598EE7" w14:textId="77777777" w:rsidTr="007A765D">
        <w:trPr>
          <w:jc w:val="center"/>
        </w:trPr>
        <w:tc>
          <w:tcPr>
            <w:tcW w:w="539" w:type="dxa"/>
            <w:vAlign w:val="center"/>
          </w:tcPr>
          <w:p w14:paraId="49F07056" w14:textId="0A884B77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20</w:t>
            </w:r>
          </w:p>
        </w:tc>
        <w:tc>
          <w:tcPr>
            <w:tcW w:w="1236" w:type="dxa"/>
            <w:vAlign w:val="center"/>
          </w:tcPr>
          <w:p w14:paraId="281274A7" w14:textId="77777777" w:rsidR="00A577E8" w:rsidRDefault="00FA2A60">
            <w:proofErr w:type="spellStart"/>
            <w:r>
              <w:rPr>
                <w:sz w:val="14"/>
              </w:rPr>
              <w:t>Blagajna</w:t>
            </w:r>
            <w:proofErr w:type="spellEnd"/>
          </w:p>
        </w:tc>
        <w:tc>
          <w:tcPr>
            <w:tcW w:w="1822" w:type="dxa"/>
            <w:vAlign w:val="center"/>
          </w:tcPr>
          <w:p w14:paraId="6711E33D" w14:textId="77777777" w:rsidR="00A577E8" w:rsidRDefault="00FA2A60">
            <w:r>
              <w:rPr>
                <w:sz w:val="14"/>
              </w:rPr>
              <w:t xml:space="preserve">Gotovina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pogrešno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evidentirana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korištena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34477A52" w14:textId="77777777" w:rsidR="00A577E8" w:rsidRDefault="00FA2A60">
            <w:proofErr w:type="spellStart"/>
            <w:r>
              <w:rPr>
                <w:sz w:val="14"/>
              </w:rPr>
              <w:t>Blagajnički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dnevnik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352C697E" w14:textId="77777777" w:rsidR="00A577E8" w:rsidRDefault="00FA2A60">
            <w:proofErr w:type="spellStart"/>
            <w:r>
              <w:rPr>
                <w:sz w:val="14"/>
              </w:rPr>
              <w:t>Ograničiti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gotovinu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redovna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kontrola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usklađivanje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03D7C81D" w14:textId="77777777" w:rsidR="00A577E8" w:rsidRDefault="00FA2A60">
            <w:proofErr w:type="spellStart"/>
            <w:r>
              <w:rPr>
                <w:sz w:val="14"/>
              </w:rPr>
              <w:t>Računovodstvo</w:t>
            </w:r>
            <w:proofErr w:type="spellEnd"/>
          </w:p>
        </w:tc>
        <w:tc>
          <w:tcPr>
            <w:tcW w:w="1003" w:type="dxa"/>
            <w:vAlign w:val="center"/>
          </w:tcPr>
          <w:p w14:paraId="0824C300" w14:textId="77777777" w:rsidR="00A577E8" w:rsidRDefault="00FA2A60">
            <w:proofErr w:type="spellStart"/>
            <w:r>
              <w:rPr>
                <w:sz w:val="14"/>
              </w:rPr>
              <w:t>Mjesečno</w:t>
            </w:r>
            <w:proofErr w:type="spellEnd"/>
          </w:p>
        </w:tc>
      </w:tr>
      <w:tr w:rsidR="00A577E8" w14:paraId="10ABDC9F" w14:textId="77777777" w:rsidTr="007A765D">
        <w:trPr>
          <w:jc w:val="center"/>
        </w:trPr>
        <w:tc>
          <w:tcPr>
            <w:tcW w:w="539" w:type="dxa"/>
            <w:vAlign w:val="center"/>
          </w:tcPr>
          <w:p w14:paraId="57CBD45C" w14:textId="4BC2446C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21</w:t>
            </w:r>
          </w:p>
        </w:tc>
        <w:tc>
          <w:tcPr>
            <w:tcW w:w="1236" w:type="dxa"/>
            <w:vAlign w:val="center"/>
          </w:tcPr>
          <w:p w14:paraId="419EC036" w14:textId="77777777" w:rsidR="00A577E8" w:rsidRDefault="00FA2A60">
            <w:proofErr w:type="spellStart"/>
            <w:r>
              <w:rPr>
                <w:sz w:val="14"/>
              </w:rPr>
              <w:t>Putni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nalozi</w:t>
            </w:r>
            <w:proofErr w:type="spellEnd"/>
          </w:p>
        </w:tc>
        <w:tc>
          <w:tcPr>
            <w:tcW w:w="1822" w:type="dxa"/>
            <w:vAlign w:val="center"/>
          </w:tcPr>
          <w:p w14:paraId="0240BBF3" w14:textId="77777777" w:rsidR="00A577E8" w:rsidRDefault="00FA2A60">
            <w:proofErr w:type="spellStart"/>
            <w:r>
              <w:rPr>
                <w:sz w:val="14"/>
              </w:rPr>
              <w:t>Mogući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neosnovani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troškovi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08771513" w14:textId="77777777" w:rsidR="00A577E8" w:rsidRDefault="00FA2A60">
            <w:proofErr w:type="spellStart"/>
            <w:r>
              <w:rPr>
                <w:sz w:val="14"/>
              </w:rPr>
              <w:t>Putni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nalozi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izvještaji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5B702B6E" w14:textId="77777777" w:rsidR="00A577E8" w:rsidRDefault="00FA2A60">
            <w:proofErr w:type="spellStart"/>
            <w:r>
              <w:rPr>
                <w:sz w:val="14"/>
              </w:rPr>
              <w:t>Obavezni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dokaz</w:t>
            </w:r>
            <w:proofErr w:type="spellEnd"/>
            <w:r>
              <w:rPr>
                <w:sz w:val="14"/>
              </w:rPr>
              <w:t xml:space="preserve"> o putu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svrsi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kontrola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isplate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793F0E43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računovodstvo</w:t>
            </w:r>
            <w:proofErr w:type="spellEnd"/>
          </w:p>
        </w:tc>
        <w:tc>
          <w:tcPr>
            <w:tcW w:w="1003" w:type="dxa"/>
            <w:vAlign w:val="center"/>
          </w:tcPr>
          <w:p w14:paraId="0313262A" w14:textId="77777777" w:rsidR="00A577E8" w:rsidRDefault="00FA2A60">
            <w:proofErr w:type="spellStart"/>
            <w:r>
              <w:rPr>
                <w:sz w:val="14"/>
              </w:rPr>
              <w:t>Svaki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nalog</w:t>
            </w:r>
            <w:proofErr w:type="spellEnd"/>
          </w:p>
        </w:tc>
      </w:tr>
      <w:tr w:rsidR="00A577E8" w14:paraId="51428A68" w14:textId="77777777" w:rsidTr="007A765D">
        <w:trPr>
          <w:jc w:val="center"/>
        </w:trPr>
        <w:tc>
          <w:tcPr>
            <w:tcW w:w="539" w:type="dxa"/>
            <w:vAlign w:val="center"/>
          </w:tcPr>
          <w:p w14:paraId="2C3B7E8E" w14:textId="7FBCC68D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22</w:t>
            </w:r>
          </w:p>
        </w:tc>
        <w:tc>
          <w:tcPr>
            <w:tcW w:w="1236" w:type="dxa"/>
            <w:vAlign w:val="center"/>
          </w:tcPr>
          <w:p w14:paraId="0172E050" w14:textId="77777777" w:rsidR="00A577E8" w:rsidRDefault="00FA2A60">
            <w:proofErr w:type="spellStart"/>
            <w:r>
              <w:rPr>
                <w:sz w:val="14"/>
              </w:rPr>
              <w:t>Prihodi</w:t>
            </w:r>
            <w:proofErr w:type="spellEnd"/>
          </w:p>
        </w:tc>
        <w:tc>
          <w:tcPr>
            <w:tcW w:w="1822" w:type="dxa"/>
            <w:vAlign w:val="center"/>
          </w:tcPr>
          <w:p w14:paraId="2F13FE8F" w14:textId="77777777" w:rsidR="00A577E8" w:rsidRDefault="00FA2A60">
            <w:proofErr w:type="spellStart"/>
            <w:r>
              <w:rPr>
                <w:sz w:val="14"/>
              </w:rPr>
              <w:t>Nepravovremeno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netransparentno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evidentiranje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prihoda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2D196ED8" w14:textId="77777777" w:rsidR="00A577E8" w:rsidRDefault="00FA2A60">
            <w:proofErr w:type="spellStart"/>
            <w:r>
              <w:rPr>
                <w:sz w:val="14"/>
              </w:rPr>
              <w:t>Finansijske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evidencije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43BE30F8" w14:textId="77777777" w:rsidR="00A577E8" w:rsidRDefault="00FA2A60">
            <w:proofErr w:type="spellStart"/>
            <w:r>
              <w:rPr>
                <w:sz w:val="14"/>
              </w:rPr>
              <w:t>Usklađivanje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uplata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periodični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izvještaj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726969C7" w14:textId="77777777" w:rsidR="00A577E8" w:rsidRDefault="00FA2A60">
            <w:proofErr w:type="spellStart"/>
            <w:r>
              <w:rPr>
                <w:sz w:val="14"/>
              </w:rPr>
              <w:t>Računovodstvo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direktor</w:t>
            </w:r>
            <w:proofErr w:type="spellEnd"/>
          </w:p>
        </w:tc>
        <w:tc>
          <w:tcPr>
            <w:tcW w:w="1003" w:type="dxa"/>
            <w:vAlign w:val="center"/>
          </w:tcPr>
          <w:p w14:paraId="510BEAFB" w14:textId="77777777" w:rsidR="00A577E8" w:rsidRDefault="00FA2A60">
            <w:proofErr w:type="spellStart"/>
            <w:r>
              <w:rPr>
                <w:sz w:val="14"/>
              </w:rPr>
              <w:t>Mjesečno</w:t>
            </w:r>
            <w:proofErr w:type="spellEnd"/>
          </w:p>
        </w:tc>
      </w:tr>
      <w:tr w:rsidR="00A577E8" w14:paraId="403A4B5A" w14:textId="77777777" w:rsidTr="007A765D">
        <w:trPr>
          <w:jc w:val="center"/>
        </w:trPr>
        <w:tc>
          <w:tcPr>
            <w:tcW w:w="539" w:type="dxa"/>
            <w:vAlign w:val="center"/>
          </w:tcPr>
          <w:p w14:paraId="13A234F3" w14:textId="4342A464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23</w:t>
            </w:r>
          </w:p>
        </w:tc>
        <w:tc>
          <w:tcPr>
            <w:tcW w:w="1236" w:type="dxa"/>
            <w:vAlign w:val="center"/>
          </w:tcPr>
          <w:p w14:paraId="50D60546" w14:textId="77777777" w:rsidR="00A577E8" w:rsidRDefault="00FA2A60">
            <w:proofErr w:type="spellStart"/>
            <w:r>
              <w:rPr>
                <w:sz w:val="14"/>
              </w:rPr>
              <w:t>Prijave</w:t>
            </w:r>
            <w:proofErr w:type="spellEnd"/>
          </w:p>
        </w:tc>
        <w:tc>
          <w:tcPr>
            <w:tcW w:w="1822" w:type="dxa"/>
            <w:vAlign w:val="center"/>
          </w:tcPr>
          <w:p w14:paraId="3D9534B5" w14:textId="77777777" w:rsidR="00A577E8" w:rsidRDefault="00FA2A60">
            <w:proofErr w:type="spellStart"/>
            <w:r>
              <w:rPr>
                <w:sz w:val="14"/>
              </w:rPr>
              <w:t>Prijavitelj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biti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izložen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pritisku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ili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ignorisanju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prijave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2013DB46" w14:textId="77777777" w:rsidR="00A577E8" w:rsidRDefault="00FA2A60">
            <w:r>
              <w:rPr>
                <w:sz w:val="14"/>
              </w:rPr>
              <w:t xml:space="preserve">Interna </w:t>
            </w:r>
            <w:proofErr w:type="spellStart"/>
            <w:r>
              <w:rPr>
                <w:sz w:val="14"/>
              </w:rPr>
              <w:t>odgovornost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34CFC5E7" w14:textId="77777777" w:rsidR="00A577E8" w:rsidRDefault="00FA2A60">
            <w:proofErr w:type="spellStart"/>
            <w:r>
              <w:rPr>
                <w:sz w:val="14"/>
              </w:rPr>
              <w:t>Povjerljiv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kanal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prijava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rokovi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postupanja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zabrana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odmazde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21E7EE9C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koordinator</w:t>
            </w:r>
            <w:proofErr w:type="spellEnd"/>
          </w:p>
        </w:tc>
        <w:tc>
          <w:tcPr>
            <w:tcW w:w="1003" w:type="dxa"/>
            <w:vAlign w:val="center"/>
          </w:tcPr>
          <w:p w14:paraId="59B99948" w14:textId="77777777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  <w:tr w:rsidR="00A577E8" w14:paraId="754EB143" w14:textId="77777777" w:rsidTr="007A765D">
        <w:trPr>
          <w:jc w:val="center"/>
        </w:trPr>
        <w:tc>
          <w:tcPr>
            <w:tcW w:w="539" w:type="dxa"/>
            <w:vAlign w:val="center"/>
          </w:tcPr>
          <w:p w14:paraId="1769A0A0" w14:textId="1C0ADA9C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24</w:t>
            </w:r>
          </w:p>
        </w:tc>
        <w:tc>
          <w:tcPr>
            <w:tcW w:w="1236" w:type="dxa"/>
            <w:vAlign w:val="center"/>
          </w:tcPr>
          <w:p w14:paraId="4A43E74D" w14:textId="77777777" w:rsidR="00A577E8" w:rsidRDefault="00FA2A60">
            <w:proofErr w:type="spellStart"/>
            <w:r>
              <w:rPr>
                <w:sz w:val="14"/>
              </w:rPr>
              <w:t>Transparentnost</w:t>
            </w:r>
            <w:proofErr w:type="spellEnd"/>
          </w:p>
        </w:tc>
        <w:tc>
          <w:tcPr>
            <w:tcW w:w="1822" w:type="dxa"/>
            <w:vAlign w:val="center"/>
          </w:tcPr>
          <w:p w14:paraId="2A0D5243" w14:textId="77777777" w:rsidR="00A577E8" w:rsidRDefault="00FA2A60">
            <w:proofErr w:type="spellStart"/>
            <w:r>
              <w:rPr>
                <w:sz w:val="14"/>
              </w:rPr>
              <w:t>Selektivna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dostupnost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informacija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može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narušiti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povjerenje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5C198D49" w14:textId="77777777" w:rsidR="00A577E8" w:rsidRDefault="00FA2A60">
            <w:r>
              <w:rPr>
                <w:sz w:val="14"/>
              </w:rPr>
              <w:t>Web/</w:t>
            </w:r>
            <w:proofErr w:type="spellStart"/>
            <w:r>
              <w:rPr>
                <w:sz w:val="14"/>
              </w:rPr>
              <w:t>oglasna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tabla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5B4E0528" w14:textId="77777777" w:rsidR="00A577E8" w:rsidRDefault="00FA2A60">
            <w:r>
              <w:rPr>
                <w:sz w:val="14"/>
              </w:rPr>
              <w:t xml:space="preserve">Plan </w:t>
            </w:r>
            <w:proofErr w:type="spellStart"/>
            <w:r>
              <w:rPr>
                <w:sz w:val="14"/>
              </w:rPr>
              <w:t>objava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redovna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provjera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odgovor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zahtjeve</w:t>
            </w:r>
            <w:proofErr w:type="spellEnd"/>
            <w:r>
              <w:rPr>
                <w:sz w:val="14"/>
              </w:rPr>
              <w:t xml:space="preserve"> u </w:t>
            </w:r>
            <w:proofErr w:type="spellStart"/>
            <w:r>
              <w:rPr>
                <w:sz w:val="14"/>
              </w:rPr>
              <w:t>zakonskim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rokovima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5B28AEFD" w14:textId="77777777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sekretar</w:t>
            </w:r>
            <w:proofErr w:type="spellEnd"/>
          </w:p>
        </w:tc>
        <w:tc>
          <w:tcPr>
            <w:tcW w:w="1003" w:type="dxa"/>
            <w:vAlign w:val="center"/>
          </w:tcPr>
          <w:p w14:paraId="42CE097C" w14:textId="77777777" w:rsidR="00A577E8" w:rsidRDefault="00FA2A60">
            <w:proofErr w:type="spellStart"/>
            <w:r>
              <w:rPr>
                <w:sz w:val="14"/>
              </w:rPr>
              <w:t>Mjesečno</w:t>
            </w:r>
            <w:proofErr w:type="spellEnd"/>
          </w:p>
        </w:tc>
      </w:tr>
      <w:tr w:rsidR="00A577E8" w14:paraId="499DC36B" w14:textId="77777777" w:rsidTr="007A765D">
        <w:trPr>
          <w:jc w:val="center"/>
        </w:trPr>
        <w:tc>
          <w:tcPr>
            <w:tcW w:w="539" w:type="dxa"/>
            <w:vAlign w:val="center"/>
          </w:tcPr>
          <w:p w14:paraId="23411FCD" w14:textId="77777777" w:rsidR="007A765D" w:rsidRDefault="007A765D">
            <w:pPr>
              <w:rPr>
                <w:sz w:val="14"/>
              </w:rPr>
            </w:pPr>
          </w:p>
          <w:p w14:paraId="66F341A9" w14:textId="51BCB7BE" w:rsidR="00A577E8" w:rsidRDefault="00FA2A60">
            <w:r>
              <w:rPr>
                <w:sz w:val="14"/>
              </w:rPr>
              <w:t>R</w:t>
            </w:r>
            <w:r w:rsidR="00112225">
              <w:rPr>
                <w:sz w:val="14"/>
              </w:rPr>
              <w:t>25</w:t>
            </w:r>
          </w:p>
        </w:tc>
        <w:tc>
          <w:tcPr>
            <w:tcW w:w="1236" w:type="dxa"/>
            <w:vAlign w:val="center"/>
          </w:tcPr>
          <w:p w14:paraId="51CBB032" w14:textId="77777777" w:rsidR="007A765D" w:rsidRDefault="007A765D">
            <w:pPr>
              <w:rPr>
                <w:sz w:val="14"/>
              </w:rPr>
            </w:pPr>
          </w:p>
          <w:p w14:paraId="1D2AE702" w14:textId="146DC282" w:rsidR="00A577E8" w:rsidRDefault="00FA2A60">
            <w:proofErr w:type="spellStart"/>
            <w:r>
              <w:rPr>
                <w:sz w:val="14"/>
              </w:rPr>
              <w:t>Prostor</w:t>
            </w:r>
            <w:proofErr w:type="spellEnd"/>
          </w:p>
        </w:tc>
        <w:tc>
          <w:tcPr>
            <w:tcW w:w="1822" w:type="dxa"/>
            <w:vAlign w:val="center"/>
          </w:tcPr>
          <w:p w14:paraId="60164344" w14:textId="77777777" w:rsidR="007A765D" w:rsidRDefault="007A765D">
            <w:pPr>
              <w:rPr>
                <w:sz w:val="14"/>
              </w:rPr>
            </w:pPr>
          </w:p>
          <w:p w14:paraId="11ECFFD0" w14:textId="0E334622" w:rsidR="00A577E8" w:rsidRDefault="00FA2A60">
            <w:proofErr w:type="spellStart"/>
            <w:r>
              <w:rPr>
                <w:sz w:val="14"/>
              </w:rPr>
              <w:t>Službeni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resursi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mogu</w:t>
            </w:r>
            <w:proofErr w:type="spellEnd"/>
            <w:r>
              <w:rPr>
                <w:sz w:val="14"/>
              </w:rPr>
              <w:t xml:space="preserve"> se </w:t>
            </w:r>
            <w:proofErr w:type="spellStart"/>
            <w:r>
              <w:rPr>
                <w:sz w:val="14"/>
              </w:rPr>
              <w:t>koristiti</w:t>
            </w:r>
            <w:proofErr w:type="spellEnd"/>
            <w:r>
              <w:rPr>
                <w:sz w:val="14"/>
              </w:rPr>
              <w:t xml:space="preserve"> za </w:t>
            </w:r>
            <w:proofErr w:type="spellStart"/>
            <w:r>
              <w:rPr>
                <w:sz w:val="14"/>
              </w:rPr>
              <w:t>privatne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aktivnosti</w:t>
            </w:r>
            <w:proofErr w:type="spellEnd"/>
            <w:r>
              <w:rPr>
                <w:sz w:val="14"/>
              </w:rPr>
              <w:t xml:space="preserve"> bez </w:t>
            </w:r>
            <w:proofErr w:type="spellStart"/>
            <w:r>
              <w:rPr>
                <w:sz w:val="14"/>
              </w:rPr>
              <w:t>odobrenja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539" w:type="dxa"/>
            <w:vAlign w:val="center"/>
          </w:tcPr>
          <w:p w14:paraId="3FCD968D" w14:textId="77777777" w:rsidR="007A765D" w:rsidRDefault="007A765D">
            <w:pPr>
              <w:rPr>
                <w:sz w:val="14"/>
              </w:rPr>
            </w:pPr>
          </w:p>
          <w:p w14:paraId="4C1E77FF" w14:textId="511F7B64" w:rsidR="00A577E8" w:rsidRDefault="00FA2A60">
            <w:proofErr w:type="spellStart"/>
            <w:r>
              <w:rPr>
                <w:sz w:val="14"/>
              </w:rPr>
              <w:t>Raspored</w:t>
            </w:r>
            <w:proofErr w:type="spellEnd"/>
            <w:r>
              <w:rPr>
                <w:sz w:val="14"/>
              </w:rPr>
              <w:t xml:space="preserve"> i </w:t>
            </w:r>
            <w:proofErr w:type="spellStart"/>
            <w:r>
              <w:rPr>
                <w:sz w:val="14"/>
              </w:rPr>
              <w:t>odluke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2071" w:type="dxa"/>
            <w:vAlign w:val="center"/>
          </w:tcPr>
          <w:p w14:paraId="4B67D145" w14:textId="77777777" w:rsidR="007A765D" w:rsidRDefault="007A765D">
            <w:pPr>
              <w:rPr>
                <w:sz w:val="14"/>
              </w:rPr>
            </w:pPr>
          </w:p>
          <w:p w14:paraId="47EE5CA2" w14:textId="4D15764A" w:rsidR="00A577E8" w:rsidRDefault="00FA2A60">
            <w:proofErr w:type="spellStart"/>
            <w:r>
              <w:rPr>
                <w:sz w:val="14"/>
              </w:rPr>
              <w:t>Pravila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korištenja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evidencija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korištenja</w:t>
            </w:r>
            <w:proofErr w:type="spellEnd"/>
            <w:r>
              <w:rPr>
                <w:sz w:val="14"/>
              </w:rPr>
              <w:t xml:space="preserve">; </w:t>
            </w:r>
            <w:proofErr w:type="spellStart"/>
            <w:r>
              <w:rPr>
                <w:sz w:val="14"/>
              </w:rPr>
              <w:t>odobrenje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eventualna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naknada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prema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propisima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1695" w:type="dxa"/>
            <w:vAlign w:val="center"/>
          </w:tcPr>
          <w:p w14:paraId="2C558169" w14:textId="77777777" w:rsidR="007A765D" w:rsidRDefault="007A765D">
            <w:pPr>
              <w:rPr>
                <w:sz w:val="14"/>
              </w:rPr>
            </w:pPr>
          </w:p>
          <w:p w14:paraId="1E649B61" w14:textId="68D41C7B" w:rsidR="00A577E8" w:rsidRDefault="00FA2A60">
            <w:proofErr w:type="spellStart"/>
            <w:r>
              <w:rPr>
                <w:sz w:val="14"/>
              </w:rPr>
              <w:t>Direktor</w:t>
            </w:r>
            <w:proofErr w:type="spellEnd"/>
            <w:r>
              <w:rPr>
                <w:sz w:val="14"/>
              </w:rPr>
              <w:t>/</w:t>
            </w:r>
            <w:proofErr w:type="spellStart"/>
            <w:r>
              <w:rPr>
                <w:sz w:val="14"/>
              </w:rPr>
              <w:t>sekretar</w:t>
            </w:r>
            <w:proofErr w:type="spellEnd"/>
          </w:p>
        </w:tc>
        <w:tc>
          <w:tcPr>
            <w:tcW w:w="1003" w:type="dxa"/>
            <w:vAlign w:val="center"/>
          </w:tcPr>
          <w:p w14:paraId="613D1D47" w14:textId="77777777" w:rsidR="007A765D" w:rsidRDefault="007A765D">
            <w:pPr>
              <w:rPr>
                <w:sz w:val="14"/>
              </w:rPr>
            </w:pPr>
          </w:p>
          <w:p w14:paraId="14A99AA1" w14:textId="6752741B" w:rsidR="00A577E8" w:rsidRDefault="00FA2A60">
            <w:proofErr w:type="spellStart"/>
            <w:r>
              <w:rPr>
                <w:sz w:val="14"/>
              </w:rPr>
              <w:t>Kontinuirano</w:t>
            </w:r>
            <w:proofErr w:type="spellEnd"/>
          </w:p>
        </w:tc>
      </w:tr>
    </w:tbl>
    <w:p w14:paraId="497268E0" w14:textId="77777777" w:rsidR="007A765D" w:rsidRDefault="007A765D"/>
    <w:p w14:paraId="67CA7EB0" w14:textId="77777777" w:rsidR="00B35ADE" w:rsidRDefault="00B35ADE"/>
    <w:p w14:paraId="4EF0CCC5" w14:textId="77777777" w:rsidR="00B35ADE" w:rsidRDefault="00B35ADE"/>
    <w:p w14:paraId="4A5784D9" w14:textId="1A905BBD" w:rsidR="00B35ADE" w:rsidRPr="00B35ADE" w:rsidRDefault="00B35ADE">
      <w:pPr>
        <w:rPr>
          <w:rFonts w:asciiTheme="majorHAnsi" w:hAnsiTheme="majorHAnsi" w:cstheme="majorHAnsi"/>
          <w:color w:val="4F81BD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35ADE">
        <w:rPr>
          <w:rFonts w:asciiTheme="majorHAnsi" w:hAnsiTheme="majorHAnsi" w:cstheme="majorHAnsi"/>
          <w:color w:val="4F81BD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10. PLAN MJERA ZA UNAPREĐENJE INTEGRITETA</w:t>
      </w:r>
    </w:p>
    <w:tbl>
      <w:tblPr>
        <w:tblStyle w:val="Reetkatablice"/>
        <w:tblpPr w:leftFromText="180" w:rightFromText="180" w:vertAnchor="text" w:horzAnchor="margin" w:tblpY="1309"/>
        <w:tblW w:w="0" w:type="auto"/>
        <w:tblLook w:val="04A0" w:firstRow="1" w:lastRow="0" w:firstColumn="1" w:lastColumn="0" w:noHBand="0" w:noVBand="1"/>
      </w:tblPr>
      <w:tblGrid>
        <w:gridCol w:w="567"/>
        <w:gridCol w:w="3402"/>
        <w:gridCol w:w="1656"/>
        <w:gridCol w:w="1134"/>
        <w:gridCol w:w="1701"/>
        <w:gridCol w:w="886"/>
      </w:tblGrid>
      <w:tr w:rsidR="007A765D" w:rsidRPr="00B35ADE" w14:paraId="501832C8" w14:textId="77777777" w:rsidTr="007A765D">
        <w:tc>
          <w:tcPr>
            <w:tcW w:w="567" w:type="dxa"/>
            <w:shd w:val="clear" w:color="auto" w:fill="D9EAF7"/>
            <w:vAlign w:val="center"/>
          </w:tcPr>
          <w:p w14:paraId="11A0AD81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b/>
                <w:sz w:val="14"/>
                <w:szCs w:val="14"/>
              </w:rPr>
              <w:t>ID</w:t>
            </w:r>
          </w:p>
        </w:tc>
        <w:tc>
          <w:tcPr>
            <w:tcW w:w="3402" w:type="dxa"/>
            <w:shd w:val="clear" w:color="auto" w:fill="D9EAF7"/>
            <w:vAlign w:val="center"/>
          </w:tcPr>
          <w:p w14:paraId="5C2CF13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b/>
                <w:sz w:val="14"/>
                <w:szCs w:val="14"/>
              </w:rPr>
              <w:t>Mjera</w:t>
            </w:r>
            <w:proofErr w:type="spellEnd"/>
          </w:p>
        </w:tc>
        <w:tc>
          <w:tcPr>
            <w:tcW w:w="1656" w:type="dxa"/>
            <w:shd w:val="clear" w:color="auto" w:fill="D9EAF7"/>
            <w:vAlign w:val="center"/>
          </w:tcPr>
          <w:p w14:paraId="432F13D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b/>
                <w:sz w:val="14"/>
                <w:szCs w:val="14"/>
              </w:rPr>
              <w:t>Odgovorna</w:t>
            </w:r>
            <w:proofErr w:type="spellEnd"/>
            <w:r w:rsidRPr="00B35ADE">
              <w:rPr>
                <w:b/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b/>
                <w:sz w:val="14"/>
                <w:szCs w:val="14"/>
              </w:rPr>
              <w:t>osoba</w:t>
            </w:r>
            <w:proofErr w:type="spellEnd"/>
          </w:p>
        </w:tc>
        <w:tc>
          <w:tcPr>
            <w:tcW w:w="1134" w:type="dxa"/>
            <w:shd w:val="clear" w:color="auto" w:fill="D9EAF7"/>
            <w:vAlign w:val="center"/>
          </w:tcPr>
          <w:p w14:paraId="0019DE4E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b/>
                <w:sz w:val="14"/>
                <w:szCs w:val="14"/>
              </w:rPr>
              <w:t>Rok</w:t>
            </w:r>
            <w:proofErr w:type="spellEnd"/>
          </w:p>
        </w:tc>
        <w:tc>
          <w:tcPr>
            <w:tcW w:w="1701" w:type="dxa"/>
            <w:shd w:val="clear" w:color="auto" w:fill="D9EAF7"/>
            <w:vAlign w:val="center"/>
          </w:tcPr>
          <w:p w14:paraId="7B7201B7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b/>
                <w:sz w:val="14"/>
                <w:szCs w:val="14"/>
              </w:rPr>
              <w:t>Indikator</w:t>
            </w:r>
            <w:proofErr w:type="spellEnd"/>
          </w:p>
        </w:tc>
        <w:tc>
          <w:tcPr>
            <w:tcW w:w="886" w:type="dxa"/>
            <w:shd w:val="clear" w:color="auto" w:fill="D9EAF7"/>
            <w:vAlign w:val="center"/>
          </w:tcPr>
          <w:p w14:paraId="5FB8D03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b/>
                <w:sz w:val="14"/>
                <w:szCs w:val="14"/>
              </w:rPr>
              <w:t>Cilj</w:t>
            </w:r>
            <w:proofErr w:type="spellEnd"/>
          </w:p>
        </w:tc>
      </w:tr>
      <w:tr w:rsidR="007A765D" w:rsidRPr="00B35ADE" w14:paraId="151AA5BF" w14:textId="77777777" w:rsidTr="007A765D">
        <w:tc>
          <w:tcPr>
            <w:tcW w:w="567" w:type="dxa"/>
            <w:vAlign w:val="center"/>
          </w:tcPr>
          <w:p w14:paraId="4B60FEF8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M01</w:t>
            </w:r>
          </w:p>
        </w:tc>
        <w:tc>
          <w:tcPr>
            <w:tcW w:w="3402" w:type="dxa"/>
            <w:vAlign w:val="center"/>
          </w:tcPr>
          <w:p w14:paraId="6322418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Usvojiti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obnoviti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Odluku</w:t>
            </w:r>
            <w:proofErr w:type="spellEnd"/>
            <w:r w:rsidRPr="00B35ADE">
              <w:rPr>
                <w:sz w:val="14"/>
                <w:szCs w:val="14"/>
              </w:rPr>
              <w:t xml:space="preserve"> o </w:t>
            </w:r>
            <w:proofErr w:type="spellStart"/>
            <w:r w:rsidRPr="00B35ADE">
              <w:rPr>
                <w:sz w:val="14"/>
                <w:szCs w:val="14"/>
              </w:rPr>
              <w:t>izradi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provođenju</w:t>
            </w:r>
            <w:proofErr w:type="spellEnd"/>
            <w:r w:rsidRPr="00B35ADE">
              <w:rPr>
                <w:sz w:val="14"/>
                <w:szCs w:val="14"/>
              </w:rPr>
              <w:t xml:space="preserve"> Plana </w:t>
            </w:r>
            <w:proofErr w:type="spellStart"/>
            <w:r w:rsidRPr="00B35ADE">
              <w:rPr>
                <w:sz w:val="14"/>
                <w:szCs w:val="14"/>
              </w:rPr>
              <w:t>integriteta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343935F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</w:p>
        </w:tc>
        <w:tc>
          <w:tcPr>
            <w:tcW w:w="1134" w:type="dxa"/>
            <w:vAlign w:val="center"/>
          </w:tcPr>
          <w:p w14:paraId="11D8B8C6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30 dana</w:t>
            </w:r>
          </w:p>
        </w:tc>
        <w:tc>
          <w:tcPr>
            <w:tcW w:w="1701" w:type="dxa"/>
            <w:vAlign w:val="center"/>
          </w:tcPr>
          <w:p w14:paraId="42354E8F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Odluka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usvojena</w:t>
            </w:r>
            <w:proofErr w:type="spellEnd"/>
          </w:p>
        </w:tc>
        <w:tc>
          <w:tcPr>
            <w:tcW w:w="886" w:type="dxa"/>
            <w:vAlign w:val="center"/>
          </w:tcPr>
          <w:p w14:paraId="12139A7F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7E12418F" w14:textId="77777777" w:rsidTr="007A765D">
        <w:tc>
          <w:tcPr>
            <w:tcW w:w="567" w:type="dxa"/>
            <w:vAlign w:val="center"/>
          </w:tcPr>
          <w:p w14:paraId="3A555F4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M02</w:t>
            </w:r>
          </w:p>
        </w:tc>
        <w:tc>
          <w:tcPr>
            <w:tcW w:w="3402" w:type="dxa"/>
            <w:vAlign w:val="center"/>
          </w:tcPr>
          <w:p w14:paraId="7835579F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Imenovati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koordinatora</w:t>
            </w:r>
            <w:proofErr w:type="spellEnd"/>
            <w:r w:rsidRPr="00B35ADE">
              <w:rPr>
                <w:sz w:val="14"/>
                <w:szCs w:val="14"/>
              </w:rPr>
              <w:t xml:space="preserve"> za </w:t>
            </w:r>
            <w:proofErr w:type="spellStart"/>
            <w:r w:rsidRPr="00B35ADE">
              <w:rPr>
                <w:sz w:val="14"/>
                <w:szCs w:val="14"/>
              </w:rPr>
              <w:t>integritet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zamjenu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316F6261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Nadležni</w:t>
            </w:r>
            <w:proofErr w:type="spellEnd"/>
            <w:r w:rsidRPr="00B35ADE">
              <w:rPr>
                <w:sz w:val="14"/>
                <w:szCs w:val="14"/>
              </w:rPr>
              <w:t xml:space="preserve"> organ/</w:t>
            </w: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</w:p>
        </w:tc>
        <w:tc>
          <w:tcPr>
            <w:tcW w:w="1134" w:type="dxa"/>
            <w:vAlign w:val="center"/>
          </w:tcPr>
          <w:p w14:paraId="191DE13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30 dana</w:t>
            </w:r>
          </w:p>
        </w:tc>
        <w:tc>
          <w:tcPr>
            <w:tcW w:w="1701" w:type="dxa"/>
            <w:vAlign w:val="center"/>
          </w:tcPr>
          <w:p w14:paraId="2A556A0C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Rješenje</w:t>
            </w:r>
            <w:proofErr w:type="spellEnd"/>
            <w:r w:rsidRPr="00B35ADE">
              <w:rPr>
                <w:sz w:val="14"/>
                <w:szCs w:val="14"/>
              </w:rPr>
              <w:t xml:space="preserve"> o </w:t>
            </w:r>
            <w:proofErr w:type="spellStart"/>
            <w:r w:rsidRPr="00B35ADE">
              <w:rPr>
                <w:sz w:val="14"/>
                <w:szCs w:val="14"/>
              </w:rPr>
              <w:t>imenovanju</w:t>
            </w:r>
            <w:proofErr w:type="spellEnd"/>
          </w:p>
        </w:tc>
        <w:tc>
          <w:tcPr>
            <w:tcW w:w="886" w:type="dxa"/>
            <w:vAlign w:val="center"/>
          </w:tcPr>
          <w:p w14:paraId="29D2264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02D300AA" w14:textId="77777777" w:rsidTr="007A765D">
        <w:tc>
          <w:tcPr>
            <w:tcW w:w="567" w:type="dxa"/>
            <w:vAlign w:val="center"/>
          </w:tcPr>
          <w:p w14:paraId="1D6A02C3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M03</w:t>
            </w:r>
          </w:p>
        </w:tc>
        <w:tc>
          <w:tcPr>
            <w:tcW w:w="3402" w:type="dxa"/>
            <w:vAlign w:val="center"/>
          </w:tcPr>
          <w:p w14:paraId="06F8B767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Obaviti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upoznavanje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svih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zaposlenih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Planom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0EA0A59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Koordinator</w:t>
            </w:r>
            <w:proofErr w:type="spellEnd"/>
          </w:p>
        </w:tc>
        <w:tc>
          <w:tcPr>
            <w:tcW w:w="1134" w:type="dxa"/>
            <w:vAlign w:val="center"/>
          </w:tcPr>
          <w:p w14:paraId="43FE3E8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45 dana</w:t>
            </w:r>
          </w:p>
        </w:tc>
        <w:tc>
          <w:tcPr>
            <w:tcW w:w="1701" w:type="dxa"/>
            <w:vAlign w:val="center"/>
          </w:tcPr>
          <w:p w14:paraId="0BB2316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Zapisnik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lista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prisutnih</w:t>
            </w:r>
            <w:proofErr w:type="spellEnd"/>
          </w:p>
        </w:tc>
        <w:tc>
          <w:tcPr>
            <w:tcW w:w="886" w:type="dxa"/>
            <w:vAlign w:val="center"/>
          </w:tcPr>
          <w:p w14:paraId="4E1E7DF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≥95% </w:t>
            </w:r>
            <w:proofErr w:type="spellStart"/>
            <w:r w:rsidRPr="00B35ADE">
              <w:rPr>
                <w:sz w:val="14"/>
                <w:szCs w:val="14"/>
              </w:rPr>
              <w:t>zaposlenih</w:t>
            </w:r>
            <w:proofErr w:type="spellEnd"/>
          </w:p>
        </w:tc>
      </w:tr>
      <w:tr w:rsidR="007A765D" w:rsidRPr="00B35ADE" w14:paraId="38FABDB6" w14:textId="77777777" w:rsidTr="007A765D">
        <w:tc>
          <w:tcPr>
            <w:tcW w:w="567" w:type="dxa"/>
            <w:vAlign w:val="center"/>
          </w:tcPr>
          <w:p w14:paraId="73CD395E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M04</w:t>
            </w:r>
          </w:p>
        </w:tc>
        <w:tc>
          <w:tcPr>
            <w:tcW w:w="3402" w:type="dxa"/>
            <w:vAlign w:val="center"/>
          </w:tcPr>
          <w:p w14:paraId="231ED386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standardnu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izjavu</w:t>
            </w:r>
            <w:proofErr w:type="spellEnd"/>
            <w:r w:rsidRPr="00B35ADE">
              <w:rPr>
                <w:sz w:val="14"/>
                <w:szCs w:val="14"/>
              </w:rPr>
              <w:t xml:space="preserve"> o </w:t>
            </w:r>
            <w:proofErr w:type="spellStart"/>
            <w:r w:rsidRPr="00B35ADE">
              <w:rPr>
                <w:sz w:val="14"/>
                <w:szCs w:val="14"/>
              </w:rPr>
              <w:t>sukobu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interesa</w:t>
            </w:r>
            <w:proofErr w:type="spellEnd"/>
            <w:r w:rsidRPr="00B35ADE">
              <w:rPr>
                <w:sz w:val="14"/>
                <w:szCs w:val="14"/>
              </w:rPr>
              <w:t xml:space="preserve"> za </w:t>
            </w:r>
            <w:proofErr w:type="spellStart"/>
            <w:r w:rsidRPr="00B35ADE">
              <w:rPr>
                <w:sz w:val="14"/>
                <w:szCs w:val="14"/>
              </w:rPr>
              <w:t>članove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komisija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70A5765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sekretar</w:t>
            </w:r>
            <w:proofErr w:type="spellEnd"/>
          </w:p>
        </w:tc>
        <w:tc>
          <w:tcPr>
            <w:tcW w:w="1134" w:type="dxa"/>
            <w:vAlign w:val="center"/>
          </w:tcPr>
          <w:p w14:paraId="16BA16C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60 dana</w:t>
            </w:r>
          </w:p>
        </w:tc>
        <w:tc>
          <w:tcPr>
            <w:tcW w:w="1701" w:type="dxa"/>
            <w:vAlign w:val="center"/>
          </w:tcPr>
          <w:p w14:paraId="7C0910EE" w14:textId="5A21DA3A" w:rsidR="007A765D" w:rsidRPr="00B35ADE" w:rsidRDefault="00B35ADE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Uvođenje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obrazca</w:t>
            </w:r>
            <w:proofErr w:type="spellEnd"/>
          </w:p>
        </w:tc>
        <w:tc>
          <w:tcPr>
            <w:tcW w:w="886" w:type="dxa"/>
            <w:vAlign w:val="center"/>
          </w:tcPr>
          <w:p w14:paraId="02DB7A98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100% </w:t>
            </w:r>
            <w:proofErr w:type="spellStart"/>
            <w:r w:rsidRPr="00B35ADE">
              <w:rPr>
                <w:sz w:val="14"/>
                <w:szCs w:val="14"/>
              </w:rPr>
              <w:t>komisija</w:t>
            </w:r>
            <w:proofErr w:type="spellEnd"/>
          </w:p>
        </w:tc>
      </w:tr>
      <w:tr w:rsidR="007A765D" w:rsidRPr="00B35ADE" w14:paraId="751109A9" w14:textId="77777777" w:rsidTr="007A765D">
        <w:tc>
          <w:tcPr>
            <w:tcW w:w="567" w:type="dxa"/>
            <w:vAlign w:val="center"/>
          </w:tcPr>
          <w:p w14:paraId="064CB43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M05</w:t>
            </w:r>
          </w:p>
        </w:tc>
        <w:tc>
          <w:tcPr>
            <w:tcW w:w="3402" w:type="dxa"/>
            <w:vAlign w:val="center"/>
          </w:tcPr>
          <w:p w14:paraId="47AA0B8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Uspostaviti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evidenciju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poklona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drugih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pogodnosti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61881AD2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Sekretar</w:t>
            </w:r>
            <w:proofErr w:type="spellEnd"/>
          </w:p>
        </w:tc>
        <w:tc>
          <w:tcPr>
            <w:tcW w:w="1134" w:type="dxa"/>
            <w:vAlign w:val="center"/>
          </w:tcPr>
          <w:p w14:paraId="3D79C4A7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60 dana</w:t>
            </w:r>
          </w:p>
        </w:tc>
        <w:tc>
          <w:tcPr>
            <w:tcW w:w="1701" w:type="dxa"/>
            <w:vAlign w:val="center"/>
          </w:tcPr>
          <w:p w14:paraId="037A16C2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Registar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uspostavljen</w:t>
            </w:r>
            <w:proofErr w:type="spellEnd"/>
          </w:p>
        </w:tc>
        <w:tc>
          <w:tcPr>
            <w:tcW w:w="886" w:type="dxa"/>
            <w:vAlign w:val="center"/>
          </w:tcPr>
          <w:p w14:paraId="7DC7CD0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093A817B" w14:textId="77777777" w:rsidTr="007A765D">
        <w:tc>
          <w:tcPr>
            <w:tcW w:w="567" w:type="dxa"/>
            <w:vAlign w:val="center"/>
          </w:tcPr>
          <w:p w14:paraId="29AC984C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M06</w:t>
            </w:r>
          </w:p>
        </w:tc>
        <w:tc>
          <w:tcPr>
            <w:tcW w:w="3402" w:type="dxa"/>
            <w:vAlign w:val="center"/>
          </w:tcPr>
          <w:p w14:paraId="5D5B77D8" w14:textId="0E9A58D0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="00B35ADE">
              <w:rPr>
                <w:sz w:val="14"/>
                <w:szCs w:val="14"/>
              </w:rPr>
              <w:t>listu</w:t>
            </w:r>
            <w:proofErr w:type="spellEnd"/>
            <w:r w:rsidR="00B35ADE">
              <w:rPr>
                <w:sz w:val="14"/>
                <w:szCs w:val="14"/>
              </w:rPr>
              <w:t xml:space="preserve"> </w:t>
            </w:r>
            <w:r w:rsidRPr="00B35ADE">
              <w:rPr>
                <w:sz w:val="14"/>
                <w:szCs w:val="14"/>
              </w:rPr>
              <w:t xml:space="preserve">za </w:t>
            </w:r>
            <w:proofErr w:type="spellStart"/>
            <w:r w:rsidRPr="00B35ADE">
              <w:rPr>
                <w:sz w:val="14"/>
                <w:szCs w:val="14"/>
              </w:rPr>
              <w:t>konkursne</w:t>
            </w:r>
            <w:proofErr w:type="spellEnd"/>
            <w:r w:rsidRPr="00B35ADE">
              <w:rPr>
                <w:sz w:val="14"/>
                <w:szCs w:val="14"/>
              </w:rPr>
              <w:t xml:space="preserve"> procedure.</w:t>
            </w:r>
          </w:p>
        </w:tc>
        <w:tc>
          <w:tcPr>
            <w:tcW w:w="1656" w:type="dxa"/>
            <w:vAlign w:val="center"/>
          </w:tcPr>
          <w:p w14:paraId="19118A5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Sekretar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komisije</w:t>
            </w:r>
            <w:proofErr w:type="spellEnd"/>
          </w:p>
        </w:tc>
        <w:tc>
          <w:tcPr>
            <w:tcW w:w="1134" w:type="dxa"/>
            <w:vAlign w:val="center"/>
          </w:tcPr>
          <w:p w14:paraId="50F3E7A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60 dana</w:t>
            </w:r>
          </w:p>
        </w:tc>
        <w:tc>
          <w:tcPr>
            <w:tcW w:w="1701" w:type="dxa"/>
            <w:vAlign w:val="center"/>
          </w:tcPr>
          <w:p w14:paraId="380B6556" w14:textId="16D1F4D5" w:rsidR="007A765D" w:rsidRPr="00B35ADE" w:rsidRDefault="00B35ADE" w:rsidP="007A765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Lista </w:t>
            </w:r>
            <w:proofErr w:type="spellStart"/>
            <w:r>
              <w:rPr>
                <w:sz w:val="14"/>
                <w:szCs w:val="14"/>
              </w:rPr>
              <w:t>uspješnih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kandidata</w:t>
            </w:r>
            <w:proofErr w:type="spellEnd"/>
          </w:p>
        </w:tc>
        <w:tc>
          <w:tcPr>
            <w:tcW w:w="886" w:type="dxa"/>
            <w:vAlign w:val="center"/>
          </w:tcPr>
          <w:p w14:paraId="283B626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100% </w:t>
            </w:r>
            <w:proofErr w:type="spellStart"/>
            <w:r w:rsidRPr="00B35ADE">
              <w:rPr>
                <w:sz w:val="14"/>
                <w:szCs w:val="14"/>
              </w:rPr>
              <w:t>konkursa</w:t>
            </w:r>
            <w:proofErr w:type="spellEnd"/>
          </w:p>
        </w:tc>
      </w:tr>
      <w:tr w:rsidR="007A765D" w:rsidRPr="00B35ADE" w14:paraId="57FDAF2B" w14:textId="77777777" w:rsidTr="007A765D">
        <w:tc>
          <w:tcPr>
            <w:tcW w:w="567" w:type="dxa"/>
            <w:vAlign w:val="center"/>
          </w:tcPr>
          <w:p w14:paraId="2485F56C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M07</w:t>
            </w:r>
          </w:p>
        </w:tc>
        <w:tc>
          <w:tcPr>
            <w:tcW w:w="3402" w:type="dxa"/>
            <w:vAlign w:val="center"/>
          </w:tcPr>
          <w:p w14:paraId="4224EA61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Uspostaviti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kriterije</w:t>
            </w:r>
            <w:proofErr w:type="spellEnd"/>
            <w:r w:rsidRPr="00B35ADE">
              <w:rPr>
                <w:sz w:val="14"/>
                <w:szCs w:val="14"/>
              </w:rPr>
              <w:t xml:space="preserve"> za </w:t>
            </w:r>
            <w:proofErr w:type="spellStart"/>
            <w:r w:rsidRPr="00B35ADE">
              <w:rPr>
                <w:sz w:val="14"/>
                <w:szCs w:val="14"/>
              </w:rPr>
              <w:t>izbor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učenika</w:t>
            </w:r>
            <w:proofErr w:type="spellEnd"/>
            <w:r w:rsidRPr="00B35ADE">
              <w:rPr>
                <w:sz w:val="14"/>
                <w:szCs w:val="14"/>
              </w:rPr>
              <w:t xml:space="preserve"> za </w:t>
            </w:r>
            <w:proofErr w:type="spellStart"/>
            <w:r w:rsidRPr="00B35ADE">
              <w:rPr>
                <w:sz w:val="14"/>
                <w:szCs w:val="14"/>
              </w:rPr>
              <w:t>takmičenja</w:t>
            </w:r>
            <w:proofErr w:type="spellEnd"/>
            <w:r w:rsidRPr="00B35ADE">
              <w:rPr>
                <w:sz w:val="14"/>
                <w:szCs w:val="14"/>
              </w:rPr>
              <w:t xml:space="preserve">, </w:t>
            </w:r>
            <w:proofErr w:type="spellStart"/>
            <w:r w:rsidRPr="00B35ADE">
              <w:rPr>
                <w:sz w:val="14"/>
                <w:szCs w:val="14"/>
              </w:rPr>
              <w:t>nastupe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priznanja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1D406348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Nastavničko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vijeće</w:t>
            </w:r>
            <w:proofErr w:type="spellEnd"/>
          </w:p>
        </w:tc>
        <w:tc>
          <w:tcPr>
            <w:tcW w:w="1134" w:type="dxa"/>
            <w:vAlign w:val="center"/>
          </w:tcPr>
          <w:p w14:paraId="4A2D850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90 dana</w:t>
            </w:r>
          </w:p>
        </w:tc>
        <w:tc>
          <w:tcPr>
            <w:tcW w:w="1701" w:type="dxa"/>
            <w:vAlign w:val="center"/>
          </w:tcPr>
          <w:p w14:paraId="4F55C033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Kriteriji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zapisnik</w:t>
            </w:r>
            <w:proofErr w:type="spellEnd"/>
          </w:p>
        </w:tc>
        <w:tc>
          <w:tcPr>
            <w:tcW w:w="886" w:type="dxa"/>
            <w:vAlign w:val="center"/>
          </w:tcPr>
          <w:p w14:paraId="27BB502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100% </w:t>
            </w:r>
            <w:proofErr w:type="spellStart"/>
            <w:r w:rsidRPr="00B35ADE">
              <w:rPr>
                <w:sz w:val="14"/>
                <w:szCs w:val="14"/>
              </w:rPr>
              <w:t>odluka</w:t>
            </w:r>
            <w:proofErr w:type="spellEnd"/>
          </w:p>
        </w:tc>
      </w:tr>
      <w:tr w:rsidR="007A765D" w:rsidRPr="00B35ADE" w14:paraId="0620CB72" w14:textId="77777777" w:rsidTr="007A765D">
        <w:tc>
          <w:tcPr>
            <w:tcW w:w="567" w:type="dxa"/>
            <w:vAlign w:val="center"/>
          </w:tcPr>
          <w:p w14:paraId="3A35F2C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M08</w:t>
            </w:r>
          </w:p>
        </w:tc>
        <w:tc>
          <w:tcPr>
            <w:tcW w:w="3402" w:type="dxa"/>
            <w:vAlign w:val="center"/>
          </w:tcPr>
          <w:p w14:paraId="42AF237E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Donijeti</w:t>
            </w:r>
            <w:proofErr w:type="spellEnd"/>
            <w:r w:rsidRPr="00B35ADE">
              <w:rPr>
                <w:sz w:val="14"/>
                <w:szCs w:val="14"/>
              </w:rPr>
              <w:t xml:space="preserve"> interna </w:t>
            </w:r>
            <w:proofErr w:type="spellStart"/>
            <w:r w:rsidRPr="00B35ADE">
              <w:rPr>
                <w:sz w:val="14"/>
                <w:szCs w:val="14"/>
              </w:rPr>
              <w:t>pravila</w:t>
            </w:r>
            <w:proofErr w:type="spellEnd"/>
            <w:r w:rsidRPr="00B35ADE">
              <w:rPr>
                <w:sz w:val="14"/>
                <w:szCs w:val="14"/>
              </w:rPr>
              <w:t xml:space="preserve"> o </w:t>
            </w:r>
            <w:proofErr w:type="spellStart"/>
            <w:r w:rsidRPr="00B35ADE">
              <w:rPr>
                <w:sz w:val="14"/>
                <w:szCs w:val="14"/>
              </w:rPr>
              <w:t>privatnom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podučavanju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sukobu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interesa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53F16DE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pravna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služba</w:t>
            </w:r>
            <w:proofErr w:type="spellEnd"/>
          </w:p>
        </w:tc>
        <w:tc>
          <w:tcPr>
            <w:tcW w:w="1134" w:type="dxa"/>
            <w:vAlign w:val="center"/>
          </w:tcPr>
          <w:p w14:paraId="7011AAD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90 dana</w:t>
            </w:r>
          </w:p>
        </w:tc>
        <w:tc>
          <w:tcPr>
            <w:tcW w:w="1701" w:type="dxa"/>
            <w:vAlign w:val="center"/>
          </w:tcPr>
          <w:p w14:paraId="70D46407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Akt </w:t>
            </w:r>
            <w:proofErr w:type="spellStart"/>
            <w:r w:rsidRPr="00B35ADE">
              <w:rPr>
                <w:sz w:val="14"/>
                <w:szCs w:val="14"/>
              </w:rPr>
              <w:t>usvojen</w:t>
            </w:r>
            <w:proofErr w:type="spellEnd"/>
          </w:p>
        </w:tc>
        <w:tc>
          <w:tcPr>
            <w:tcW w:w="886" w:type="dxa"/>
            <w:vAlign w:val="center"/>
          </w:tcPr>
          <w:p w14:paraId="1F0E640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5624F092" w14:textId="77777777" w:rsidTr="007A765D">
        <w:tc>
          <w:tcPr>
            <w:tcW w:w="567" w:type="dxa"/>
            <w:vAlign w:val="center"/>
          </w:tcPr>
          <w:p w14:paraId="332998E6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M09</w:t>
            </w:r>
          </w:p>
        </w:tc>
        <w:tc>
          <w:tcPr>
            <w:tcW w:w="3402" w:type="dxa"/>
            <w:vAlign w:val="center"/>
          </w:tcPr>
          <w:p w14:paraId="5DDB8A2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godišnju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provjeru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pristupa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digitalnim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sistemima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4A4F7812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IT/</w:t>
            </w:r>
            <w:proofErr w:type="spellStart"/>
            <w:r w:rsidRPr="00B35ADE">
              <w:rPr>
                <w:sz w:val="14"/>
                <w:szCs w:val="14"/>
              </w:rPr>
              <w:t>sekretar</w:t>
            </w:r>
            <w:proofErr w:type="spellEnd"/>
          </w:p>
        </w:tc>
        <w:tc>
          <w:tcPr>
            <w:tcW w:w="1134" w:type="dxa"/>
            <w:vAlign w:val="center"/>
          </w:tcPr>
          <w:p w14:paraId="65BE211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60 dana</w:t>
            </w:r>
          </w:p>
        </w:tc>
        <w:tc>
          <w:tcPr>
            <w:tcW w:w="1701" w:type="dxa"/>
            <w:vAlign w:val="center"/>
          </w:tcPr>
          <w:p w14:paraId="4A07F49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Zapisnik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provjere</w:t>
            </w:r>
            <w:proofErr w:type="spellEnd"/>
          </w:p>
        </w:tc>
        <w:tc>
          <w:tcPr>
            <w:tcW w:w="886" w:type="dxa"/>
            <w:vAlign w:val="center"/>
          </w:tcPr>
          <w:p w14:paraId="2E3F86D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1x </w:t>
            </w:r>
            <w:proofErr w:type="spellStart"/>
            <w:r w:rsidRPr="00B35ADE">
              <w:rPr>
                <w:sz w:val="14"/>
                <w:szCs w:val="14"/>
              </w:rPr>
              <w:t>godišnje</w:t>
            </w:r>
            <w:proofErr w:type="spellEnd"/>
          </w:p>
        </w:tc>
      </w:tr>
      <w:tr w:rsidR="007A765D" w:rsidRPr="00B35ADE" w14:paraId="47ECFD5A" w14:textId="77777777" w:rsidTr="007A765D">
        <w:tc>
          <w:tcPr>
            <w:tcW w:w="567" w:type="dxa"/>
            <w:vAlign w:val="center"/>
          </w:tcPr>
          <w:p w14:paraId="622E04A7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lastRenderedPageBreak/>
              <w:t>M10</w:t>
            </w:r>
          </w:p>
        </w:tc>
        <w:tc>
          <w:tcPr>
            <w:tcW w:w="3402" w:type="dxa"/>
            <w:vAlign w:val="center"/>
          </w:tcPr>
          <w:p w14:paraId="1A755EED" w14:textId="4A73E7FC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r w:rsidR="00B35ADE">
              <w:rPr>
                <w:sz w:val="14"/>
                <w:szCs w:val="14"/>
              </w:rPr>
              <w:t>reverse</w:t>
            </w:r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zaduženja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instrumenata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opreme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23C75EE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Sekretar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komisija</w:t>
            </w:r>
            <w:proofErr w:type="spellEnd"/>
          </w:p>
        </w:tc>
        <w:tc>
          <w:tcPr>
            <w:tcW w:w="1134" w:type="dxa"/>
            <w:vAlign w:val="center"/>
          </w:tcPr>
          <w:p w14:paraId="32915FBF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60 dana</w:t>
            </w:r>
          </w:p>
        </w:tc>
        <w:tc>
          <w:tcPr>
            <w:tcW w:w="1701" w:type="dxa"/>
            <w:vAlign w:val="center"/>
          </w:tcPr>
          <w:p w14:paraId="0E12FE54" w14:textId="1ADFA773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Evidencija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zaduženja</w:t>
            </w:r>
            <w:proofErr w:type="spellEnd"/>
            <w:r w:rsidR="00B35ADE">
              <w:rPr>
                <w:sz w:val="14"/>
                <w:szCs w:val="14"/>
              </w:rPr>
              <w:t>/</w:t>
            </w:r>
            <w:proofErr w:type="spellStart"/>
            <w:r w:rsidR="00B35ADE">
              <w:rPr>
                <w:sz w:val="14"/>
                <w:szCs w:val="14"/>
              </w:rPr>
              <w:t>reversa</w:t>
            </w:r>
            <w:proofErr w:type="spellEnd"/>
          </w:p>
        </w:tc>
        <w:tc>
          <w:tcPr>
            <w:tcW w:w="886" w:type="dxa"/>
            <w:vAlign w:val="center"/>
          </w:tcPr>
          <w:p w14:paraId="09B38B2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100% </w:t>
            </w:r>
            <w:proofErr w:type="spellStart"/>
            <w:r w:rsidRPr="00B35ADE">
              <w:rPr>
                <w:sz w:val="14"/>
                <w:szCs w:val="14"/>
              </w:rPr>
              <w:t>opreme</w:t>
            </w:r>
            <w:proofErr w:type="spellEnd"/>
          </w:p>
        </w:tc>
      </w:tr>
      <w:tr w:rsidR="007A765D" w:rsidRPr="00B35ADE" w14:paraId="1974B433" w14:textId="77777777" w:rsidTr="007A765D">
        <w:tc>
          <w:tcPr>
            <w:tcW w:w="567" w:type="dxa"/>
            <w:vAlign w:val="center"/>
          </w:tcPr>
          <w:p w14:paraId="69C03E68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M11</w:t>
            </w:r>
          </w:p>
        </w:tc>
        <w:tc>
          <w:tcPr>
            <w:tcW w:w="3402" w:type="dxa"/>
            <w:vAlign w:val="center"/>
          </w:tcPr>
          <w:p w14:paraId="0F271E62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godišnju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ciljanu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provjeru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visokorizičnih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procesa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6AC5601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Koordinator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</w:p>
        </w:tc>
        <w:tc>
          <w:tcPr>
            <w:tcW w:w="1134" w:type="dxa"/>
            <w:vAlign w:val="center"/>
          </w:tcPr>
          <w:p w14:paraId="3103CE3C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godišnje</w:t>
            </w:r>
            <w:proofErr w:type="spellEnd"/>
          </w:p>
        </w:tc>
        <w:tc>
          <w:tcPr>
            <w:tcW w:w="1701" w:type="dxa"/>
            <w:vAlign w:val="center"/>
          </w:tcPr>
          <w:p w14:paraId="7A0BAE1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Izvještaj</w:t>
            </w:r>
            <w:proofErr w:type="spellEnd"/>
          </w:p>
        </w:tc>
        <w:tc>
          <w:tcPr>
            <w:tcW w:w="886" w:type="dxa"/>
            <w:vAlign w:val="center"/>
          </w:tcPr>
          <w:p w14:paraId="2D22571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1x </w:t>
            </w:r>
            <w:proofErr w:type="spellStart"/>
            <w:r w:rsidRPr="00B35ADE">
              <w:rPr>
                <w:sz w:val="14"/>
                <w:szCs w:val="14"/>
              </w:rPr>
              <w:t>godišnje</w:t>
            </w:r>
            <w:proofErr w:type="spellEnd"/>
          </w:p>
        </w:tc>
      </w:tr>
      <w:tr w:rsidR="007A765D" w:rsidRPr="00B35ADE" w14:paraId="0752B01F" w14:textId="77777777" w:rsidTr="007A765D">
        <w:tc>
          <w:tcPr>
            <w:tcW w:w="567" w:type="dxa"/>
            <w:vAlign w:val="center"/>
          </w:tcPr>
          <w:p w14:paraId="2D31D90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M12</w:t>
            </w:r>
          </w:p>
        </w:tc>
        <w:tc>
          <w:tcPr>
            <w:tcW w:w="3402" w:type="dxa"/>
            <w:vAlign w:val="center"/>
          </w:tcPr>
          <w:p w14:paraId="6C5EB1FC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Uspostaviti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povjerljiv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kanal</w:t>
            </w:r>
            <w:proofErr w:type="spellEnd"/>
            <w:r w:rsidRPr="00B35ADE">
              <w:rPr>
                <w:sz w:val="14"/>
                <w:szCs w:val="14"/>
              </w:rPr>
              <w:t xml:space="preserve"> za </w:t>
            </w:r>
            <w:proofErr w:type="spellStart"/>
            <w:r w:rsidRPr="00B35ADE">
              <w:rPr>
                <w:sz w:val="14"/>
                <w:szCs w:val="14"/>
              </w:rPr>
              <w:t>prijavu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nepravilnosti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07DEFA5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</w:p>
        </w:tc>
        <w:tc>
          <w:tcPr>
            <w:tcW w:w="1134" w:type="dxa"/>
            <w:vAlign w:val="center"/>
          </w:tcPr>
          <w:p w14:paraId="1036EE18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45 dana</w:t>
            </w:r>
          </w:p>
        </w:tc>
        <w:tc>
          <w:tcPr>
            <w:tcW w:w="1701" w:type="dxa"/>
            <w:vAlign w:val="center"/>
          </w:tcPr>
          <w:p w14:paraId="2658C651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Kanal</w:t>
            </w:r>
            <w:proofErr w:type="spellEnd"/>
            <w:r w:rsidRPr="00B35ADE">
              <w:rPr>
                <w:sz w:val="14"/>
                <w:szCs w:val="14"/>
              </w:rPr>
              <w:t xml:space="preserve"> i </w:t>
            </w:r>
            <w:proofErr w:type="spellStart"/>
            <w:r w:rsidRPr="00B35ADE">
              <w:rPr>
                <w:sz w:val="14"/>
                <w:szCs w:val="14"/>
              </w:rPr>
              <w:t>procedura</w:t>
            </w:r>
            <w:proofErr w:type="spellEnd"/>
          </w:p>
        </w:tc>
        <w:tc>
          <w:tcPr>
            <w:tcW w:w="886" w:type="dxa"/>
            <w:vAlign w:val="center"/>
          </w:tcPr>
          <w:p w14:paraId="36BCE2B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6EA1C53C" w14:textId="77777777" w:rsidTr="007A765D">
        <w:tc>
          <w:tcPr>
            <w:tcW w:w="567" w:type="dxa"/>
            <w:vAlign w:val="center"/>
          </w:tcPr>
          <w:p w14:paraId="0A3B51BC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M13</w:t>
            </w:r>
          </w:p>
        </w:tc>
        <w:tc>
          <w:tcPr>
            <w:tcW w:w="3402" w:type="dxa"/>
            <w:vAlign w:val="center"/>
          </w:tcPr>
          <w:p w14:paraId="20BB3CD1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Provesti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edukaciju</w:t>
            </w:r>
            <w:proofErr w:type="spellEnd"/>
            <w:r w:rsidRPr="00B35ADE">
              <w:rPr>
                <w:sz w:val="14"/>
                <w:szCs w:val="14"/>
              </w:rPr>
              <w:t xml:space="preserve"> o </w:t>
            </w:r>
            <w:proofErr w:type="spellStart"/>
            <w:r w:rsidRPr="00B35ADE">
              <w:rPr>
                <w:sz w:val="14"/>
                <w:szCs w:val="14"/>
              </w:rPr>
              <w:t>etici</w:t>
            </w:r>
            <w:proofErr w:type="spellEnd"/>
            <w:r w:rsidRPr="00B35ADE">
              <w:rPr>
                <w:sz w:val="14"/>
                <w:szCs w:val="14"/>
              </w:rPr>
              <w:t xml:space="preserve">, </w:t>
            </w:r>
            <w:proofErr w:type="spellStart"/>
            <w:r w:rsidRPr="00B35ADE">
              <w:rPr>
                <w:sz w:val="14"/>
                <w:szCs w:val="14"/>
              </w:rPr>
              <w:t>sukobu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interesa</w:t>
            </w:r>
            <w:proofErr w:type="spellEnd"/>
            <w:r w:rsidRPr="00B35ADE">
              <w:rPr>
                <w:sz w:val="14"/>
                <w:szCs w:val="14"/>
              </w:rPr>
              <w:t xml:space="preserve">, </w:t>
            </w:r>
            <w:proofErr w:type="spellStart"/>
            <w:r w:rsidRPr="00B35ADE">
              <w:rPr>
                <w:sz w:val="14"/>
                <w:szCs w:val="14"/>
              </w:rPr>
              <w:t>poklonima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prijavljivanju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4A18D526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Koordinator</w:t>
            </w:r>
            <w:proofErr w:type="spellEnd"/>
          </w:p>
        </w:tc>
        <w:tc>
          <w:tcPr>
            <w:tcW w:w="1134" w:type="dxa"/>
            <w:vAlign w:val="center"/>
          </w:tcPr>
          <w:p w14:paraId="35B5E7A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1x </w:t>
            </w:r>
            <w:proofErr w:type="spellStart"/>
            <w:r w:rsidRPr="00B35ADE">
              <w:rPr>
                <w:sz w:val="14"/>
                <w:szCs w:val="14"/>
              </w:rPr>
              <w:t>godišnje</w:t>
            </w:r>
            <w:proofErr w:type="spellEnd"/>
          </w:p>
        </w:tc>
        <w:tc>
          <w:tcPr>
            <w:tcW w:w="1701" w:type="dxa"/>
            <w:vAlign w:val="center"/>
          </w:tcPr>
          <w:p w14:paraId="1E83B048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Evidencija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obuke</w:t>
            </w:r>
            <w:proofErr w:type="spellEnd"/>
          </w:p>
        </w:tc>
        <w:tc>
          <w:tcPr>
            <w:tcW w:w="886" w:type="dxa"/>
            <w:vAlign w:val="center"/>
          </w:tcPr>
          <w:p w14:paraId="3D0E74C0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≥90% </w:t>
            </w:r>
            <w:proofErr w:type="spellStart"/>
            <w:r w:rsidRPr="00B35ADE">
              <w:rPr>
                <w:sz w:val="14"/>
                <w:szCs w:val="14"/>
              </w:rPr>
              <w:t>zaposlenih</w:t>
            </w:r>
            <w:proofErr w:type="spellEnd"/>
          </w:p>
        </w:tc>
      </w:tr>
      <w:tr w:rsidR="007A765D" w:rsidRPr="00B35ADE" w14:paraId="3B48C6C4" w14:textId="77777777" w:rsidTr="007A765D">
        <w:tc>
          <w:tcPr>
            <w:tcW w:w="567" w:type="dxa"/>
            <w:vAlign w:val="center"/>
          </w:tcPr>
          <w:p w14:paraId="4F1886AE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M14</w:t>
            </w:r>
          </w:p>
        </w:tc>
        <w:tc>
          <w:tcPr>
            <w:tcW w:w="3402" w:type="dxa"/>
            <w:vAlign w:val="center"/>
          </w:tcPr>
          <w:p w14:paraId="7AF3B306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kontrolnu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listu</w:t>
            </w:r>
            <w:proofErr w:type="spellEnd"/>
            <w:r w:rsidRPr="00B35ADE">
              <w:rPr>
                <w:sz w:val="14"/>
                <w:szCs w:val="14"/>
              </w:rPr>
              <w:t xml:space="preserve"> za </w:t>
            </w:r>
            <w:proofErr w:type="spellStart"/>
            <w:r w:rsidRPr="00B35ADE">
              <w:rPr>
                <w:sz w:val="14"/>
                <w:szCs w:val="14"/>
              </w:rPr>
              <w:t>finansijska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plaćanja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putne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naloge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7227EA02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računovodstvo</w:t>
            </w:r>
            <w:proofErr w:type="spellEnd"/>
          </w:p>
        </w:tc>
        <w:tc>
          <w:tcPr>
            <w:tcW w:w="1134" w:type="dxa"/>
            <w:vAlign w:val="center"/>
          </w:tcPr>
          <w:p w14:paraId="0049403F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60 dana</w:t>
            </w:r>
          </w:p>
        </w:tc>
        <w:tc>
          <w:tcPr>
            <w:tcW w:w="1701" w:type="dxa"/>
            <w:vAlign w:val="center"/>
          </w:tcPr>
          <w:p w14:paraId="15326B8F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Check-</w:t>
            </w:r>
            <w:proofErr w:type="spellStart"/>
            <w:r w:rsidRPr="00B35ADE">
              <w:rPr>
                <w:sz w:val="14"/>
                <w:szCs w:val="14"/>
              </w:rPr>
              <w:t>lista</w:t>
            </w:r>
            <w:proofErr w:type="spellEnd"/>
          </w:p>
        </w:tc>
        <w:tc>
          <w:tcPr>
            <w:tcW w:w="886" w:type="dxa"/>
            <w:vAlign w:val="center"/>
          </w:tcPr>
          <w:p w14:paraId="4A55090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04CEE56D" w14:textId="77777777" w:rsidTr="007A765D">
        <w:tc>
          <w:tcPr>
            <w:tcW w:w="567" w:type="dxa"/>
            <w:vAlign w:val="center"/>
          </w:tcPr>
          <w:p w14:paraId="71FE1C1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M15</w:t>
            </w:r>
          </w:p>
        </w:tc>
        <w:tc>
          <w:tcPr>
            <w:tcW w:w="3402" w:type="dxa"/>
            <w:vAlign w:val="center"/>
          </w:tcPr>
          <w:p w14:paraId="3C88F58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Uvesti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kontrolu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izvršenja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ugovora</w:t>
            </w:r>
            <w:proofErr w:type="spellEnd"/>
            <w:r w:rsidRPr="00B35ADE">
              <w:rPr>
                <w:sz w:val="14"/>
                <w:szCs w:val="14"/>
              </w:rPr>
              <w:t xml:space="preserve"> o </w:t>
            </w:r>
            <w:proofErr w:type="spellStart"/>
            <w:r w:rsidRPr="00B35ADE">
              <w:rPr>
                <w:sz w:val="14"/>
                <w:szCs w:val="14"/>
              </w:rPr>
              <w:t>nabavkama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6D40EF7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</w:p>
        </w:tc>
        <w:tc>
          <w:tcPr>
            <w:tcW w:w="1134" w:type="dxa"/>
            <w:vAlign w:val="center"/>
          </w:tcPr>
          <w:p w14:paraId="6F2FD93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60 dana</w:t>
            </w:r>
          </w:p>
        </w:tc>
        <w:tc>
          <w:tcPr>
            <w:tcW w:w="1701" w:type="dxa"/>
            <w:vAlign w:val="center"/>
          </w:tcPr>
          <w:p w14:paraId="19ACC7F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Zapisnik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izvještaj</w:t>
            </w:r>
            <w:proofErr w:type="spellEnd"/>
          </w:p>
        </w:tc>
        <w:tc>
          <w:tcPr>
            <w:tcW w:w="886" w:type="dxa"/>
            <w:vAlign w:val="center"/>
          </w:tcPr>
          <w:p w14:paraId="147FC5A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100% </w:t>
            </w:r>
            <w:proofErr w:type="spellStart"/>
            <w:r w:rsidRPr="00B35ADE">
              <w:rPr>
                <w:sz w:val="14"/>
                <w:szCs w:val="14"/>
              </w:rPr>
              <w:t>ugovora</w:t>
            </w:r>
            <w:proofErr w:type="spellEnd"/>
          </w:p>
        </w:tc>
      </w:tr>
      <w:tr w:rsidR="007A765D" w:rsidRPr="00B35ADE" w14:paraId="1EA0931D" w14:textId="77777777" w:rsidTr="007A765D">
        <w:tc>
          <w:tcPr>
            <w:tcW w:w="567" w:type="dxa"/>
            <w:vAlign w:val="center"/>
          </w:tcPr>
          <w:p w14:paraId="104431D6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M16</w:t>
            </w:r>
          </w:p>
        </w:tc>
        <w:tc>
          <w:tcPr>
            <w:tcW w:w="3402" w:type="dxa"/>
            <w:vAlign w:val="center"/>
          </w:tcPr>
          <w:p w14:paraId="23388AC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Ažurirati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registar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rizika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najmanje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jednom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godišnje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4B31ACD2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Koordinator</w:t>
            </w:r>
            <w:proofErr w:type="spellEnd"/>
          </w:p>
        </w:tc>
        <w:tc>
          <w:tcPr>
            <w:tcW w:w="1134" w:type="dxa"/>
            <w:vAlign w:val="center"/>
          </w:tcPr>
          <w:p w14:paraId="4BBFBFAB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Godišnje</w:t>
            </w:r>
            <w:proofErr w:type="spellEnd"/>
          </w:p>
        </w:tc>
        <w:tc>
          <w:tcPr>
            <w:tcW w:w="1701" w:type="dxa"/>
            <w:vAlign w:val="center"/>
          </w:tcPr>
          <w:p w14:paraId="1628D29F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Ažurirani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registar</w:t>
            </w:r>
            <w:proofErr w:type="spellEnd"/>
          </w:p>
        </w:tc>
        <w:tc>
          <w:tcPr>
            <w:tcW w:w="886" w:type="dxa"/>
            <w:vAlign w:val="center"/>
          </w:tcPr>
          <w:p w14:paraId="3724ECE3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6D931D54" w14:textId="77777777" w:rsidTr="007A765D">
        <w:tc>
          <w:tcPr>
            <w:tcW w:w="567" w:type="dxa"/>
            <w:vAlign w:val="center"/>
          </w:tcPr>
          <w:p w14:paraId="1138806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M17</w:t>
            </w:r>
          </w:p>
        </w:tc>
        <w:tc>
          <w:tcPr>
            <w:tcW w:w="3402" w:type="dxa"/>
            <w:vAlign w:val="center"/>
          </w:tcPr>
          <w:p w14:paraId="3FA3949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Objaviti</w:t>
            </w:r>
            <w:proofErr w:type="spellEnd"/>
            <w:r w:rsidRPr="00B35ADE">
              <w:rPr>
                <w:sz w:val="14"/>
                <w:szCs w:val="14"/>
              </w:rPr>
              <w:t xml:space="preserve"> Plan </w:t>
            </w:r>
            <w:proofErr w:type="spellStart"/>
            <w:r w:rsidRPr="00B35ADE">
              <w:rPr>
                <w:sz w:val="14"/>
                <w:szCs w:val="14"/>
              </w:rPr>
              <w:t>integriteta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sažetak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mjera</w:t>
            </w:r>
            <w:proofErr w:type="spellEnd"/>
            <w:r w:rsidRPr="00B35ADE">
              <w:rPr>
                <w:sz w:val="14"/>
                <w:szCs w:val="14"/>
              </w:rPr>
              <w:t xml:space="preserve"> u </w:t>
            </w:r>
            <w:proofErr w:type="spellStart"/>
            <w:r w:rsidRPr="00B35ADE">
              <w:rPr>
                <w:sz w:val="14"/>
                <w:szCs w:val="14"/>
              </w:rPr>
              <w:t>skladu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sa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pravilima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transparentnosti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01891BAA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Direktor</w:t>
            </w:r>
            <w:proofErr w:type="spellEnd"/>
            <w:r w:rsidRPr="00B35ADE">
              <w:rPr>
                <w:sz w:val="14"/>
                <w:szCs w:val="14"/>
              </w:rPr>
              <w:t>/</w:t>
            </w:r>
            <w:proofErr w:type="spellStart"/>
            <w:r w:rsidRPr="00B35ADE">
              <w:rPr>
                <w:sz w:val="14"/>
                <w:szCs w:val="14"/>
              </w:rPr>
              <w:t>sekretar</w:t>
            </w:r>
            <w:proofErr w:type="spellEnd"/>
          </w:p>
        </w:tc>
        <w:tc>
          <w:tcPr>
            <w:tcW w:w="1134" w:type="dxa"/>
            <w:vAlign w:val="center"/>
          </w:tcPr>
          <w:p w14:paraId="03F6E6F5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30 dana od </w:t>
            </w:r>
            <w:proofErr w:type="spellStart"/>
            <w:r w:rsidRPr="00B35ADE">
              <w:rPr>
                <w:sz w:val="14"/>
                <w:szCs w:val="14"/>
              </w:rPr>
              <w:t>usvajanja</w:t>
            </w:r>
            <w:proofErr w:type="spellEnd"/>
          </w:p>
        </w:tc>
        <w:tc>
          <w:tcPr>
            <w:tcW w:w="1701" w:type="dxa"/>
            <w:vAlign w:val="center"/>
          </w:tcPr>
          <w:p w14:paraId="32070033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Objava</w:t>
            </w:r>
            <w:proofErr w:type="spellEnd"/>
          </w:p>
        </w:tc>
        <w:tc>
          <w:tcPr>
            <w:tcW w:w="886" w:type="dxa"/>
            <w:vAlign w:val="center"/>
          </w:tcPr>
          <w:p w14:paraId="519F7688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100%</w:t>
            </w:r>
          </w:p>
        </w:tc>
      </w:tr>
      <w:tr w:rsidR="007A765D" w:rsidRPr="00B35ADE" w14:paraId="3ED802EC" w14:textId="77777777" w:rsidTr="007A765D">
        <w:tc>
          <w:tcPr>
            <w:tcW w:w="567" w:type="dxa"/>
            <w:vAlign w:val="center"/>
          </w:tcPr>
          <w:p w14:paraId="3FD9007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>M18</w:t>
            </w:r>
          </w:p>
        </w:tc>
        <w:tc>
          <w:tcPr>
            <w:tcW w:w="3402" w:type="dxa"/>
            <w:vAlign w:val="center"/>
          </w:tcPr>
          <w:p w14:paraId="02F3FD9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Izraditi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godišnji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izvještaj</w:t>
            </w:r>
            <w:proofErr w:type="spellEnd"/>
            <w:r w:rsidRPr="00B35ADE">
              <w:rPr>
                <w:sz w:val="14"/>
                <w:szCs w:val="14"/>
              </w:rPr>
              <w:t xml:space="preserve"> o </w:t>
            </w:r>
            <w:proofErr w:type="spellStart"/>
            <w:r w:rsidRPr="00B35ADE">
              <w:rPr>
                <w:sz w:val="14"/>
                <w:szCs w:val="14"/>
              </w:rPr>
              <w:t>realizaciji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mjera</w:t>
            </w:r>
            <w:proofErr w:type="spellEnd"/>
            <w:r w:rsidRPr="00B35ADE">
              <w:rPr>
                <w:sz w:val="14"/>
                <w:szCs w:val="14"/>
              </w:rPr>
              <w:t>.</w:t>
            </w:r>
          </w:p>
        </w:tc>
        <w:tc>
          <w:tcPr>
            <w:tcW w:w="1656" w:type="dxa"/>
            <w:vAlign w:val="center"/>
          </w:tcPr>
          <w:p w14:paraId="65548FAD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Koordinator</w:t>
            </w:r>
            <w:proofErr w:type="spellEnd"/>
          </w:p>
        </w:tc>
        <w:tc>
          <w:tcPr>
            <w:tcW w:w="1134" w:type="dxa"/>
            <w:vAlign w:val="center"/>
          </w:tcPr>
          <w:p w14:paraId="7818C96C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Do </w:t>
            </w:r>
            <w:proofErr w:type="spellStart"/>
            <w:r w:rsidRPr="00B35ADE">
              <w:rPr>
                <w:sz w:val="14"/>
                <w:szCs w:val="14"/>
              </w:rPr>
              <w:t>kraja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februara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naredne</w:t>
            </w:r>
            <w:proofErr w:type="spellEnd"/>
            <w:r w:rsidRPr="00B35ADE">
              <w:rPr>
                <w:sz w:val="14"/>
                <w:szCs w:val="14"/>
              </w:rPr>
              <w:t xml:space="preserve"> </w:t>
            </w:r>
            <w:proofErr w:type="spellStart"/>
            <w:r w:rsidRPr="00B35ADE">
              <w:rPr>
                <w:sz w:val="14"/>
                <w:szCs w:val="14"/>
              </w:rPr>
              <w:t>godine</w:t>
            </w:r>
            <w:proofErr w:type="spellEnd"/>
          </w:p>
        </w:tc>
        <w:tc>
          <w:tcPr>
            <w:tcW w:w="1701" w:type="dxa"/>
            <w:vAlign w:val="center"/>
          </w:tcPr>
          <w:p w14:paraId="69F42274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proofErr w:type="spellStart"/>
            <w:r w:rsidRPr="00B35ADE">
              <w:rPr>
                <w:sz w:val="14"/>
                <w:szCs w:val="14"/>
              </w:rPr>
              <w:t>Izvještaj</w:t>
            </w:r>
            <w:proofErr w:type="spellEnd"/>
          </w:p>
        </w:tc>
        <w:tc>
          <w:tcPr>
            <w:tcW w:w="886" w:type="dxa"/>
            <w:vAlign w:val="center"/>
          </w:tcPr>
          <w:p w14:paraId="55DA9D79" w14:textId="77777777" w:rsidR="007A765D" w:rsidRPr="00B35ADE" w:rsidRDefault="007A765D" w:rsidP="007A765D">
            <w:pPr>
              <w:rPr>
                <w:sz w:val="14"/>
                <w:szCs w:val="14"/>
              </w:rPr>
            </w:pPr>
            <w:r w:rsidRPr="00B35ADE">
              <w:rPr>
                <w:sz w:val="14"/>
                <w:szCs w:val="14"/>
              </w:rPr>
              <w:t xml:space="preserve">1x </w:t>
            </w:r>
            <w:proofErr w:type="spellStart"/>
            <w:r w:rsidRPr="00B35ADE">
              <w:rPr>
                <w:sz w:val="14"/>
                <w:szCs w:val="14"/>
              </w:rPr>
              <w:t>godišnje</w:t>
            </w:r>
            <w:proofErr w:type="spellEnd"/>
          </w:p>
        </w:tc>
      </w:tr>
    </w:tbl>
    <w:p w14:paraId="029C835A" w14:textId="581F442A" w:rsidR="00A577E8" w:rsidRDefault="00FA2A60" w:rsidP="007A765D">
      <w:pPr>
        <w:pStyle w:val="Naslov1"/>
      </w:pPr>
      <w:r>
        <w:br w:type="page"/>
      </w:r>
    </w:p>
    <w:p w14:paraId="4967B483" w14:textId="77777777" w:rsidR="00A577E8" w:rsidRDefault="00FA2A60">
      <w:pPr>
        <w:pStyle w:val="Naslov1"/>
      </w:pPr>
      <w:r>
        <w:lastRenderedPageBreak/>
        <w:t>11. MEHANIZMI PRIJAVLJIVANJA NEPRAVILNOSTI I ZAŠTITE PRIJAVITELJA</w:t>
      </w:r>
    </w:p>
    <w:p w14:paraId="2A84F4DD" w14:textId="77777777" w:rsidR="00A577E8" w:rsidRDefault="00FA2A60">
      <w:proofErr w:type="spellStart"/>
      <w:r>
        <w:t>Škola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osigurati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interni</w:t>
      </w:r>
      <w:proofErr w:type="spellEnd"/>
      <w:r>
        <w:t xml:space="preserve"> </w:t>
      </w:r>
      <w:proofErr w:type="spellStart"/>
      <w:r>
        <w:t>povjerljivi</w:t>
      </w:r>
      <w:proofErr w:type="spellEnd"/>
      <w:r>
        <w:t xml:space="preserve"> </w:t>
      </w:r>
      <w:proofErr w:type="spellStart"/>
      <w:r>
        <w:t>kanal</w:t>
      </w:r>
      <w:proofErr w:type="spellEnd"/>
      <w:r>
        <w:t xml:space="preserve"> za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korupciju</w:t>
      </w:r>
      <w:proofErr w:type="spellEnd"/>
      <w:r>
        <w:t xml:space="preserve">, </w:t>
      </w:r>
      <w:proofErr w:type="spellStart"/>
      <w:r>
        <w:t>sukob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zloupotrebu</w:t>
      </w:r>
      <w:proofErr w:type="spellEnd"/>
      <w:r>
        <w:t xml:space="preserve"> </w:t>
      </w:r>
      <w:proofErr w:type="spellStart"/>
      <w:r>
        <w:t>ovlaštenja</w:t>
      </w:r>
      <w:proofErr w:type="spellEnd"/>
      <w:r>
        <w:t xml:space="preserve">, </w:t>
      </w:r>
      <w:proofErr w:type="spellStart"/>
      <w:r>
        <w:t>finansijsku</w:t>
      </w:r>
      <w:proofErr w:type="spellEnd"/>
      <w:r>
        <w:t xml:space="preserve"> </w:t>
      </w:r>
      <w:proofErr w:type="spellStart"/>
      <w:r>
        <w:t>nepravilnost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internim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>.</w:t>
      </w:r>
    </w:p>
    <w:p w14:paraId="49B282A6" w14:textId="77777777" w:rsidR="00A577E8" w:rsidRDefault="00FA2A60">
      <w:pPr>
        <w:pStyle w:val="Grafikeoznake"/>
        <w:spacing w:after="40"/>
      </w:pPr>
      <w:proofErr w:type="spellStart"/>
      <w:r>
        <w:t>Prijava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podnesena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e-</w:t>
      </w:r>
      <w:proofErr w:type="spellStart"/>
      <w:r>
        <w:t>maila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kanala</w:t>
      </w:r>
      <w:proofErr w:type="spellEnd"/>
      <w:r>
        <w:t xml:space="preserve"> koji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odredi</w:t>
      </w:r>
      <w:proofErr w:type="spellEnd"/>
      <w:r>
        <w:t>.</w:t>
      </w:r>
    </w:p>
    <w:p w14:paraId="604AF544" w14:textId="77777777" w:rsidR="00A577E8" w:rsidRDefault="00FA2A60">
      <w:pPr>
        <w:pStyle w:val="Grafikeoznake"/>
        <w:spacing w:after="40"/>
      </w:pPr>
      <w:proofErr w:type="spellStart"/>
      <w:r>
        <w:t>Pristup</w:t>
      </w:r>
      <w:proofErr w:type="spellEnd"/>
      <w:r>
        <w:t xml:space="preserve"> </w:t>
      </w:r>
      <w:proofErr w:type="spellStart"/>
      <w:r>
        <w:t>prijavama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r>
        <w:t>osobe</w:t>
      </w:r>
      <w:proofErr w:type="spellEnd"/>
      <w:r>
        <w:t>.</w:t>
      </w:r>
    </w:p>
    <w:p w14:paraId="36B01F2D" w14:textId="77777777" w:rsidR="00A577E8" w:rsidRDefault="00FA2A60">
      <w:pPr>
        <w:pStyle w:val="Grafikeoznake"/>
        <w:spacing w:after="40"/>
      </w:pPr>
      <w:proofErr w:type="spellStart"/>
      <w:r>
        <w:t>Prijava</w:t>
      </w:r>
      <w:proofErr w:type="spellEnd"/>
      <w:r>
        <w:t xml:space="preserve"> se </w:t>
      </w:r>
      <w:proofErr w:type="spellStart"/>
      <w:r>
        <w:t>evidentira</w:t>
      </w:r>
      <w:proofErr w:type="spellEnd"/>
      <w:r>
        <w:t xml:space="preserve"> pod </w:t>
      </w:r>
      <w:proofErr w:type="spellStart"/>
      <w:r>
        <w:t>brojem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1DA8C349" w14:textId="77777777" w:rsidR="00A577E8" w:rsidRDefault="00FA2A60">
      <w:pPr>
        <w:pStyle w:val="Grafikeoznake"/>
        <w:spacing w:after="40"/>
      </w:pPr>
      <w:proofErr w:type="spellStart"/>
      <w:r>
        <w:t>Koordinator</w:t>
      </w:r>
      <w:proofErr w:type="spellEnd"/>
      <w:r>
        <w:t>/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procjenjuje</w:t>
      </w:r>
      <w:proofErr w:type="spellEnd"/>
      <w:r>
        <w:t xml:space="preserve"> </w:t>
      </w:r>
      <w:proofErr w:type="spellStart"/>
      <w:r>
        <w:t>nadležnost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>.</w:t>
      </w:r>
    </w:p>
    <w:p w14:paraId="6E589B5D" w14:textId="77777777" w:rsidR="00A577E8" w:rsidRDefault="00FA2A60">
      <w:pPr>
        <w:pStyle w:val="Grafikeoznake"/>
        <w:spacing w:after="40"/>
      </w:pPr>
      <w:proofErr w:type="spellStart"/>
      <w:r>
        <w:t>Ako</w:t>
      </w:r>
      <w:proofErr w:type="spellEnd"/>
      <w:r>
        <w:t xml:space="preserve"> </w:t>
      </w:r>
      <w:proofErr w:type="spellStart"/>
      <w:r>
        <w:t>prijava</w:t>
      </w:r>
      <w:proofErr w:type="spellEnd"/>
      <w:r>
        <w:t xml:space="preserve"> </w:t>
      </w:r>
      <w:proofErr w:type="spellStart"/>
      <w:r>
        <w:t>ukazuje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sukob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direktora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koordinatora</w:t>
      </w:r>
      <w:proofErr w:type="spellEnd"/>
      <w:r>
        <w:t xml:space="preserve">, </w:t>
      </w:r>
      <w:proofErr w:type="spellStart"/>
      <w:r>
        <w:t>predmet</w:t>
      </w:r>
      <w:proofErr w:type="spellEnd"/>
      <w:r>
        <w:t xml:space="preserve"> se </w:t>
      </w:r>
      <w:proofErr w:type="spellStart"/>
      <w:r>
        <w:t>prosljeđuje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584D2270" w14:textId="77777777" w:rsidR="00A577E8" w:rsidRDefault="00FA2A60">
      <w:pPr>
        <w:pStyle w:val="Grafikeoznake"/>
        <w:spacing w:after="40"/>
      </w:pPr>
      <w:proofErr w:type="spellStart"/>
      <w:r>
        <w:t>Nije</w:t>
      </w:r>
      <w:proofErr w:type="spellEnd"/>
      <w:r>
        <w:t xml:space="preserve"> </w:t>
      </w:r>
      <w:proofErr w:type="spellStart"/>
      <w:r>
        <w:t>dopušteno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odmazdu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u </w:t>
      </w:r>
      <w:proofErr w:type="spellStart"/>
      <w:r>
        <w:t>dobroj</w:t>
      </w:r>
      <w:proofErr w:type="spellEnd"/>
      <w:r>
        <w:t xml:space="preserve"> </w:t>
      </w:r>
      <w:proofErr w:type="spellStart"/>
      <w:r>
        <w:t>vjeri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nepravilnost</w:t>
      </w:r>
      <w:proofErr w:type="spellEnd"/>
      <w:r>
        <w:t>.</w:t>
      </w:r>
    </w:p>
    <w:p w14:paraId="222F1302" w14:textId="77777777" w:rsidR="00A577E8" w:rsidRDefault="00FA2A60">
      <w:pPr>
        <w:pStyle w:val="Grafikeoznake"/>
        <w:spacing w:after="40"/>
      </w:pPr>
      <w:proofErr w:type="spellStart"/>
      <w:r>
        <w:t>Podnosilac</w:t>
      </w:r>
      <w:proofErr w:type="spellEnd"/>
      <w:r>
        <w:t xml:space="preserve"> se,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obavještava</w:t>
      </w:r>
      <w:proofErr w:type="spellEnd"/>
      <w:r>
        <w:t xml:space="preserve"> o </w:t>
      </w:r>
      <w:proofErr w:type="spellStart"/>
      <w:r>
        <w:t>postupanju</w:t>
      </w:r>
      <w:proofErr w:type="spellEnd"/>
      <w:r>
        <w:t xml:space="preserve"> po </w:t>
      </w:r>
      <w:proofErr w:type="spellStart"/>
      <w:r>
        <w:t>prijavi</w:t>
      </w:r>
      <w:proofErr w:type="spellEnd"/>
      <w:r>
        <w:t>.</w:t>
      </w:r>
    </w:p>
    <w:p w14:paraId="02F8F1EC" w14:textId="77777777" w:rsidR="00A577E8" w:rsidRDefault="00FA2A60">
      <w:pPr>
        <w:pStyle w:val="Naslov1"/>
      </w:pPr>
      <w:r>
        <w:t>12. SUKOB INTERESA, POKLONI I DRUGE POGODNOSTI</w:t>
      </w:r>
    </w:p>
    <w:p w14:paraId="23659512" w14:textId="77777777" w:rsidR="00A577E8" w:rsidRDefault="00FA2A60">
      <w:proofErr w:type="spellStart"/>
      <w:r>
        <w:t>Zaposleni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izbjegavati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privatni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nepristrasno</w:t>
      </w:r>
      <w:proofErr w:type="spellEnd"/>
      <w:r>
        <w:t xml:space="preserve">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stvarati</w:t>
      </w:r>
      <w:proofErr w:type="spellEnd"/>
      <w:r>
        <w:t xml:space="preserve"> </w:t>
      </w:r>
      <w:proofErr w:type="spellStart"/>
      <w:r>
        <w:t>opravdan</w:t>
      </w:r>
      <w:proofErr w:type="spellEnd"/>
      <w:r>
        <w:t xml:space="preserve"> </w:t>
      </w:r>
      <w:proofErr w:type="spellStart"/>
      <w:r>
        <w:t>utisak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. </w:t>
      </w:r>
      <w:proofErr w:type="spellStart"/>
      <w:r>
        <w:t>Posebno</w:t>
      </w:r>
      <w:proofErr w:type="spellEnd"/>
      <w:r>
        <w:t xml:space="preserve"> se prate </w:t>
      </w:r>
      <w:proofErr w:type="spellStart"/>
      <w:r>
        <w:t>konkursne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ispite</w:t>
      </w:r>
      <w:proofErr w:type="spellEnd"/>
      <w:r>
        <w:t xml:space="preserve">,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izbor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rasporedi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diskrecija</w:t>
      </w:r>
      <w:proofErr w:type="spellEnd"/>
      <w:r>
        <w:t>.</w:t>
      </w:r>
    </w:p>
    <w:p w14:paraId="0B149F13" w14:textId="77777777" w:rsidR="00A577E8" w:rsidRDefault="00FA2A60">
      <w:pPr>
        <w:pStyle w:val="Grafikeoznake"/>
        <w:spacing w:after="40"/>
      </w:pP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koji </w:t>
      </w:r>
      <w:proofErr w:type="spellStart"/>
      <w:r>
        <w:t>prepozna</w:t>
      </w:r>
      <w:proofErr w:type="spellEnd"/>
      <w:r>
        <w:t xml:space="preserve"> </w:t>
      </w:r>
      <w:proofErr w:type="spellStart"/>
      <w:r>
        <w:t>mogući</w:t>
      </w:r>
      <w:proofErr w:type="spellEnd"/>
      <w:r>
        <w:t xml:space="preserve"> </w:t>
      </w:r>
      <w:proofErr w:type="spellStart"/>
      <w:r>
        <w:t>sukob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rukovodioca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učestvovati</w:t>
      </w:r>
      <w:proofErr w:type="spellEnd"/>
      <w:r>
        <w:t xml:space="preserve"> u </w:t>
      </w:r>
      <w:proofErr w:type="spellStart"/>
      <w:r>
        <w:t>odlučivanju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riješi</w:t>
      </w:r>
      <w:proofErr w:type="spellEnd"/>
      <w:r>
        <w:t xml:space="preserve"> </w:t>
      </w:r>
      <w:proofErr w:type="spellStart"/>
      <w:r>
        <w:t>pitanje</w:t>
      </w:r>
      <w:proofErr w:type="spellEnd"/>
      <w:r>
        <w:t xml:space="preserve"> </w:t>
      </w:r>
      <w:proofErr w:type="spellStart"/>
      <w:r>
        <w:t>izuzeća</w:t>
      </w:r>
      <w:proofErr w:type="spellEnd"/>
      <w:r>
        <w:t>.</w:t>
      </w:r>
    </w:p>
    <w:p w14:paraId="3127439E" w14:textId="77777777" w:rsidR="00A577E8" w:rsidRDefault="00FA2A60">
      <w:pPr>
        <w:pStyle w:val="Grafikeoznake"/>
        <w:spacing w:after="40"/>
      </w:pPr>
      <w:proofErr w:type="spellStart"/>
      <w:r>
        <w:t>Poklon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pogodnost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uticati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se </w:t>
      </w:r>
      <w:proofErr w:type="spellStart"/>
      <w:r>
        <w:t>prihvatiti</w:t>
      </w:r>
      <w:proofErr w:type="spellEnd"/>
      <w:r>
        <w:t>.</w:t>
      </w:r>
    </w:p>
    <w:p w14:paraId="4A59C237" w14:textId="77777777" w:rsidR="00A577E8" w:rsidRDefault="00FA2A60">
      <w:pPr>
        <w:pStyle w:val="Grafikeoznake"/>
        <w:spacing w:after="40"/>
      </w:pPr>
      <w:r>
        <w:t xml:space="preserve">Za </w:t>
      </w:r>
      <w:proofErr w:type="spellStart"/>
      <w:r>
        <w:t>poklone</w:t>
      </w:r>
      <w:proofErr w:type="spellEnd"/>
      <w:r>
        <w:t xml:space="preserve"> koji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primiti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odgovarajuća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>.</w:t>
      </w:r>
    </w:p>
    <w:p w14:paraId="707C8C32" w14:textId="77777777" w:rsidR="00A577E8" w:rsidRDefault="00FA2A60">
      <w:pPr>
        <w:pStyle w:val="Grafikeoznake"/>
        <w:spacing w:after="40"/>
      </w:pPr>
      <w:proofErr w:type="spellStart"/>
      <w:r>
        <w:t>Privatni</w:t>
      </w:r>
      <w:proofErr w:type="spellEnd"/>
      <w:r>
        <w:t xml:space="preserve"> </w:t>
      </w:r>
      <w:proofErr w:type="spellStart"/>
      <w:r>
        <w:t>angažmani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ugroziti</w:t>
      </w:r>
      <w:proofErr w:type="spellEnd"/>
      <w:r>
        <w:t xml:space="preserve"> </w:t>
      </w:r>
      <w:proofErr w:type="spellStart"/>
      <w:r>
        <w:t>nepristrasnost</w:t>
      </w:r>
      <w:proofErr w:type="spellEnd"/>
      <w:r>
        <w:t xml:space="preserve">,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>.</w:t>
      </w:r>
    </w:p>
    <w:p w14:paraId="751B60A8" w14:textId="77777777" w:rsidR="00A577E8" w:rsidRDefault="00FA2A60">
      <w:pPr>
        <w:pStyle w:val="Grafikeoznake"/>
        <w:spacing w:after="40"/>
      </w:pPr>
      <w:proofErr w:type="spellStart"/>
      <w:r>
        <w:t>Posebna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</w:t>
      </w:r>
      <w:proofErr w:type="spellStart"/>
      <w:r>
        <w:t>posvećuje</w:t>
      </w:r>
      <w:proofErr w:type="spellEnd"/>
      <w:r>
        <w:t xml:space="preserve"> se </w:t>
      </w:r>
      <w:proofErr w:type="spellStart"/>
      <w:r>
        <w:t>privatnom</w:t>
      </w:r>
      <w:proofErr w:type="spellEnd"/>
      <w:r>
        <w:t xml:space="preserve"> </w:t>
      </w:r>
      <w:proofErr w:type="spellStart"/>
      <w:r>
        <w:t>podučavanju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mogućeg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36580F08" w14:textId="77777777" w:rsidR="00A577E8" w:rsidRDefault="00FA2A60">
      <w:pPr>
        <w:pStyle w:val="Naslov1"/>
      </w:pPr>
      <w:r>
        <w:t>13. TRANSPARENTNOST, JAVNOST RADA I ZAŠTITA PODATAKA</w:t>
      </w:r>
    </w:p>
    <w:p w14:paraId="6B458570" w14:textId="77777777" w:rsidR="00A577E8" w:rsidRDefault="00FA2A60">
      <w:pPr>
        <w:pStyle w:val="Grafikeoznake"/>
        <w:spacing w:after="40"/>
      </w:pPr>
      <w:proofErr w:type="spellStart"/>
      <w:r>
        <w:t>Objavljivati</w:t>
      </w:r>
      <w:proofErr w:type="spellEnd"/>
      <w:r>
        <w:t xml:space="preserve"> </w:t>
      </w:r>
      <w:proofErr w:type="spellStart"/>
      <w:r>
        <w:t>opće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>.</w:t>
      </w:r>
    </w:p>
    <w:p w14:paraId="651D0A3A" w14:textId="5E6F5056" w:rsidR="00A577E8" w:rsidRDefault="00FA2A60">
      <w:pPr>
        <w:pStyle w:val="Grafikeoznake"/>
        <w:spacing w:after="40"/>
      </w:pPr>
      <w:proofErr w:type="spellStart"/>
      <w:r>
        <w:t>Kriterije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rokove</w:t>
      </w:r>
      <w:proofErr w:type="spellEnd"/>
      <w:r>
        <w:t xml:space="preserve"> za </w:t>
      </w:r>
      <w:proofErr w:type="spellStart"/>
      <w:r>
        <w:t>postupke</w:t>
      </w:r>
      <w:proofErr w:type="spellEnd"/>
      <w:r>
        <w:t xml:space="preserve"> koji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261E4CAE" w14:textId="77777777" w:rsidR="00A577E8" w:rsidRDefault="00FA2A60">
      <w:pPr>
        <w:pStyle w:val="Grafikeoznake"/>
        <w:spacing w:after="40"/>
      </w:pPr>
      <w:proofErr w:type="spellStart"/>
      <w:r>
        <w:t>Voditi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da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objava</w:t>
      </w:r>
      <w:proofErr w:type="spellEnd"/>
      <w:r>
        <w:t xml:space="preserve"> ne </w:t>
      </w:r>
      <w:proofErr w:type="spellStart"/>
      <w:r>
        <w:t>dovede</w:t>
      </w:r>
      <w:proofErr w:type="spellEnd"/>
      <w:r>
        <w:t xml:space="preserve"> do </w:t>
      </w:r>
      <w:proofErr w:type="spellStart"/>
      <w:r>
        <w:t>neovlaštenog</w:t>
      </w:r>
      <w:proofErr w:type="spellEnd"/>
      <w:r>
        <w:t xml:space="preserve"> </w:t>
      </w:r>
      <w:proofErr w:type="spellStart"/>
      <w:r>
        <w:t>otkrivanja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,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.</w:t>
      </w:r>
    </w:p>
    <w:p w14:paraId="7370817B" w14:textId="77777777" w:rsidR="00A577E8" w:rsidRDefault="00FA2A60">
      <w:pPr>
        <w:pStyle w:val="Grafikeoznake"/>
        <w:spacing w:after="40"/>
      </w:pPr>
      <w:r>
        <w:t xml:space="preserve">Za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komunikacije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kanale</w:t>
      </w:r>
      <w:proofErr w:type="spellEnd"/>
      <w:r>
        <w:t>.</w:t>
      </w:r>
    </w:p>
    <w:p w14:paraId="3E243675" w14:textId="77777777" w:rsidR="00A577E8" w:rsidRDefault="00FA2A60">
      <w:pPr>
        <w:pStyle w:val="Grafikeoznake"/>
        <w:spacing w:after="40"/>
      </w:pPr>
      <w:proofErr w:type="spellStart"/>
      <w:r>
        <w:t>Ograničiti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ovlaštenjima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principu</w:t>
      </w:r>
      <w:proofErr w:type="spellEnd"/>
      <w:r>
        <w:t xml:space="preserve"> </w:t>
      </w:r>
      <w:proofErr w:type="spellStart"/>
      <w:r>
        <w:t>najmanjeg</w:t>
      </w:r>
      <w:proofErr w:type="spellEnd"/>
      <w:r>
        <w:t xml:space="preserve"> </w:t>
      </w:r>
      <w:proofErr w:type="spellStart"/>
      <w:r>
        <w:t>potrebnog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>.</w:t>
      </w:r>
    </w:p>
    <w:p w14:paraId="0E49FA34" w14:textId="77777777" w:rsidR="00A577E8" w:rsidRDefault="00FA2A60">
      <w:pPr>
        <w:pStyle w:val="Grafikeoznake"/>
        <w:spacing w:after="40"/>
      </w:pPr>
      <w:r>
        <w:t xml:space="preserve">Po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angažmana</w:t>
      </w:r>
      <w:proofErr w:type="spellEnd"/>
      <w:r>
        <w:t xml:space="preserve"> </w:t>
      </w:r>
      <w:proofErr w:type="spellStart"/>
      <w:r>
        <w:t>ukinuti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digitalnim</w:t>
      </w:r>
      <w:proofErr w:type="spellEnd"/>
      <w:r>
        <w:t xml:space="preserve"> </w:t>
      </w:r>
      <w:proofErr w:type="spellStart"/>
      <w:r>
        <w:t>sistemima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evidencijama</w:t>
      </w:r>
      <w:proofErr w:type="spellEnd"/>
      <w:r>
        <w:t>.</w:t>
      </w:r>
    </w:p>
    <w:p w14:paraId="47104C3F" w14:textId="77777777" w:rsidR="00A577E8" w:rsidRDefault="00FA2A60">
      <w:pPr>
        <w:pStyle w:val="Naslov1"/>
      </w:pPr>
      <w:r>
        <w:t>14. PRAĆENJE, IZVJEŠTAVANJE I AŽURIRANJE PLANA</w:t>
      </w:r>
    </w:p>
    <w:p w14:paraId="5749DEEF" w14:textId="77777777" w:rsidR="00A577E8" w:rsidRDefault="00FA2A60">
      <w:proofErr w:type="spellStart"/>
      <w:r>
        <w:t>Koordinator</w:t>
      </w:r>
      <w:proofErr w:type="spellEnd"/>
      <w:r>
        <w:t xml:space="preserve"> za </w:t>
      </w:r>
      <w:proofErr w:type="spellStart"/>
      <w:r>
        <w:t>integritet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godišnje</w:t>
      </w:r>
      <w:proofErr w:type="spellEnd"/>
      <w:r>
        <w:t xml:space="preserve"> </w:t>
      </w:r>
      <w:proofErr w:type="spellStart"/>
      <w:r>
        <w:t>provjerava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rizika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. Za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vrlo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rizike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se </w:t>
      </w:r>
      <w:proofErr w:type="spellStart"/>
      <w:r>
        <w:t>provodi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kvartalno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češće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. Plan se </w:t>
      </w:r>
      <w:proofErr w:type="spellStart"/>
      <w:r>
        <w:t>ažurira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</w:t>
      </w:r>
      <w:proofErr w:type="spellStart"/>
      <w:r>
        <w:t>organizacionih</w:t>
      </w:r>
      <w:proofErr w:type="spellEnd"/>
      <w:r>
        <w:t xml:space="preserve">, </w:t>
      </w:r>
      <w:proofErr w:type="spellStart"/>
      <w:r>
        <w:t>pravnih</w:t>
      </w:r>
      <w:proofErr w:type="spellEnd"/>
      <w:r>
        <w:t xml:space="preserve">, </w:t>
      </w:r>
      <w:proofErr w:type="spellStart"/>
      <w:r>
        <w:t>finansijskih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tehnoloških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>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1701"/>
        <w:gridCol w:w="2268"/>
        <w:gridCol w:w="2268"/>
      </w:tblGrid>
      <w:tr w:rsidR="00A577E8" w14:paraId="1517F8EF" w14:textId="77777777">
        <w:trPr>
          <w:jc w:val="center"/>
        </w:trPr>
        <w:tc>
          <w:tcPr>
            <w:tcW w:w="2551" w:type="dxa"/>
            <w:shd w:val="clear" w:color="auto" w:fill="D9EAF7"/>
            <w:vAlign w:val="center"/>
          </w:tcPr>
          <w:p w14:paraId="47FA4CB1" w14:textId="77777777" w:rsidR="00A577E8" w:rsidRDefault="00FA2A60">
            <w:proofErr w:type="spellStart"/>
            <w:r>
              <w:rPr>
                <w:b/>
                <w:sz w:val="16"/>
              </w:rPr>
              <w:t>Aktivnost</w:t>
            </w:r>
            <w:proofErr w:type="spellEnd"/>
          </w:p>
        </w:tc>
        <w:tc>
          <w:tcPr>
            <w:tcW w:w="1701" w:type="dxa"/>
            <w:shd w:val="clear" w:color="auto" w:fill="D9EAF7"/>
            <w:vAlign w:val="center"/>
          </w:tcPr>
          <w:p w14:paraId="685D0248" w14:textId="77777777" w:rsidR="00A577E8" w:rsidRDefault="00FA2A60">
            <w:proofErr w:type="spellStart"/>
            <w:r>
              <w:rPr>
                <w:b/>
                <w:sz w:val="16"/>
              </w:rPr>
              <w:t>Učestalost</w:t>
            </w:r>
            <w:proofErr w:type="spellEnd"/>
          </w:p>
        </w:tc>
        <w:tc>
          <w:tcPr>
            <w:tcW w:w="2268" w:type="dxa"/>
            <w:shd w:val="clear" w:color="auto" w:fill="D9EAF7"/>
            <w:vAlign w:val="center"/>
          </w:tcPr>
          <w:p w14:paraId="532D7825" w14:textId="77777777" w:rsidR="00A577E8" w:rsidRDefault="00FA2A60">
            <w:proofErr w:type="spellStart"/>
            <w:r>
              <w:rPr>
                <w:b/>
                <w:sz w:val="16"/>
              </w:rPr>
              <w:t>Odgovorni</w:t>
            </w:r>
            <w:proofErr w:type="spellEnd"/>
          </w:p>
        </w:tc>
        <w:tc>
          <w:tcPr>
            <w:tcW w:w="2268" w:type="dxa"/>
            <w:shd w:val="clear" w:color="auto" w:fill="D9EAF7"/>
            <w:vAlign w:val="center"/>
          </w:tcPr>
          <w:p w14:paraId="1267042D" w14:textId="77777777" w:rsidR="00A577E8" w:rsidRDefault="00FA2A60">
            <w:proofErr w:type="spellStart"/>
            <w:r>
              <w:rPr>
                <w:b/>
                <w:sz w:val="16"/>
              </w:rPr>
              <w:t>Dokaz</w:t>
            </w:r>
            <w:proofErr w:type="spellEnd"/>
          </w:p>
        </w:tc>
      </w:tr>
      <w:tr w:rsidR="00A577E8" w14:paraId="578C325B" w14:textId="77777777">
        <w:trPr>
          <w:jc w:val="center"/>
        </w:trPr>
        <w:tc>
          <w:tcPr>
            <w:tcW w:w="2551" w:type="dxa"/>
            <w:vAlign w:val="center"/>
          </w:tcPr>
          <w:p w14:paraId="53B5A058" w14:textId="77777777" w:rsidR="00A577E8" w:rsidRDefault="00FA2A60">
            <w:proofErr w:type="spellStart"/>
            <w:r>
              <w:rPr>
                <w:sz w:val="16"/>
              </w:rPr>
              <w:lastRenderedPageBreak/>
              <w:t>Pregled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realizacije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mjera</w:t>
            </w:r>
            <w:proofErr w:type="spellEnd"/>
          </w:p>
        </w:tc>
        <w:tc>
          <w:tcPr>
            <w:tcW w:w="1701" w:type="dxa"/>
            <w:vAlign w:val="center"/>
          </w:tcPr>
          <w:p w14:paraId="79D540A8" w14:textId="77777777" w:rsidR="00A577E8" w:rsidRDefault="00FA2A60">
            <w:proofErr w:type="spellStart"/>
            <w:r>
              <w:rPr>
                <w:sz w:val="16"/>
              </w:rPr>
              <w:t>Kvartalno</w:t>
            </w:r>
            <w:proofErr w:type="spellEnd"/>
          </w:p>
        </w:tc>
        <w:tc>
          <w:tcPr>
            <w:tcW w:w="2268" w:type="dxa"/>
            <w:vAlign w:val="center"/>
          </w:tcPr>
          <w:p w14:paraId="051E746E" w14:textId="77777777" w:rsidR="00A577E8" w:rsidRDefault="00FA2A60">
            <w:proofErr w:type="spellStart"/>
            <w:r>
              <w:rPr>
                <w:sz w:val="16"/>
              </w:rPr>
              <w:t>Koordinator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direktor</w:t>
            </w:r>
            <w:proofErr w:type="spellEnd"/>
          </w:p>
        </w:tc>
        <w:tc>
          <w:tcPr>
            <w:tcW w:w="2268" w:type="dxa"/>
            <w:vAlign w:val="center"/>
          </w:tcPr>
          <w:p w14:paraId="7C655C20" w14:textId="77777777" w:rsidR="00A577E8" w:rsidRDefault="00FA2A60">
            <w:proofErr w:type="spellStart"/>
            <w:r>
              <w:rPr>
                <w:sz w:val="16"/>
              </w:rPr>
              <w:t>Kontrolna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lista</w:t>
            </w:r>
            <w:proofErr w:type="spellEnd"/>
          </w:p>
        </w:tc>
      </w:tr>
      <w:tr w:rsidR="00A577E8" w14:paraId="115ECEC9" w14:textId="77777777">
        <w:trPr>
          <w:jc w:val="center"/>
        </w:trPr>
        <w:tc>
          <w:tcPr>
            <w:tcW w:w="2551" w:type="dxa"/>
            <w:vAlign w:val="center"/>
          </w:tcPr>
          <w:p w14:paraId="3874BB47" w14:textId="77777777" w:rsidR="00A577E8" w:rsidRDefault="00FA2A60">
            <w:proofErr w:type="spellStart"/>
            <w:r>
              <w:rPr>
                <w:sz w:val="16"/>
              </w:rPr>
              <w:t>Pregled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visokih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rizika</w:t>
            </w:r>
            <w:proofErr w:type="spellEnd"/>
          </w:p>
        </w:tc>
        <w:tc>
          <w:tcPr>
            <w:tcW w:w="1701" w:type="dxa"/>
            <w:vAlign w:val="center"/>
          </w:tcPr>
          <w:p w14:paraId="7141740C" w14:textId="77777777" w:rsidR="00A577E8" w:rsidRDefault="00FA2A60">
            <w:proofErr w:type="spellStart"/>
            <w:r>
              <w:rPr>
                <w:sz w:val="16"/>
              </w:rPr>
              <w:t>Kvartalno</w:t>
            </w:r>
            <w:proofErr w:type="spellEnd"/>
          </w:p>
        </w:tc>
        <w:tc>
          <w:tcPr>
            <w:tcW w:w="2268" w:type="dxa"/>
            <w:vAlign w:val="center"/>
          </w:tcPr>
          <w:p w14:paraId="770DE7B8" w14:textId="77777777" w:rsidR="00A577E8" w:rsidRDefault="00FA2A60">
            <w:proofErr w:type="spellStart"/>
            <w:r>
              <w:rPr>
                <w:sz w:val="16"/>
              </w:rPr>
              <w:t>Koordinator</w:t>
            </w:r>
            <w:proofErr w:type="spellEnd"/>
          </w:p>
        </w:tc>
        <w:tc>
          <w:tcPr>
            <w:tcW w:w="2268" w:type="dxa"/>
            <w:vAlign w:val="center"/>
          </w:tcPr>
          <w:p w14:paraId="6B7F6551" w14:textId="77777777" w:rsidR="00A577E8" w:rsidRDefault="00FA2A60">
            <w:proofErr w:type="spellStart"/>
            <w:r>
              <w:rPr>
                <w:sz w:val="16"/>
              </w:rPr>
              <w:t>Ažurirani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registar</w:t>
            </w:r>
            <w:proofErr w:type="spellEnd"/>
          </w:p>
        </w:tc>
      </w:tr>
      <w:tr w:rsidR="00A577E8" w14:paraId="74337EDE" w14:textId="77777777">
        <w:trPr>
          <w:jc w:val="center"/>
        </w:trPr>
        <w:tc>
          <w:tcPr>
            <w:tcW w:w="2551" w:type="dxa"/>
            <w:vAlign w:val="center"/>
          </w:tcPr>
          <w:p w14:paraId="7D2FC052" w14:textId="77777777" w:rsidR="00A577E8" w:rsidRDefault="00FA2A60">
            <w:proofErr w:type="spellStart"/>
            <w:r>
              <w:rPr>
                <w:sz w:val="16"/>
              </w:rPr>
              <w:t>Obuka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zaposlenih</w:t>
            </w:r>
            <w:proofErr w:type="spellEnd"/>
          </w:p>
        </w:tc>
        <w:tc>
          <w:tcPr>
            <w:tcW w:w="1701" w:type="dxa"/>
            <w:vAlign w:val="center"/>
          </w:tcPr>
          <w:p w14:paraId="2BF1F8AF" w14:textId="77777777" w:rsidR="00A577E8" w:rsidRDefault="00FA2A60">
            <w:proofErr w:type="spellStart"/>
            <w:r>
              <w:rPr>
                <w:sz w:val="16"/>
              </w:rPr>
              <w:t>Najmanje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jednom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godišnje</w:t>
            </w:r>
            <w:proofErr w:type="spellEnd"/>
          </w:p>
        </w:tc>
        <w:tc>
          <w:tcPr>
            <w:tcW w:w="2268" w:type="dxa"/>
            <w:vAlign w:val="center"/>
          </w:tcPr>
          <w:p w14:paraId="7CDE24D1" w14:textId="77777777" w:rsidR="00A577E8" w:rsidRDefault="00FA2A60">
            <w:proofErr w:type="spellStart"/>
            <w:r>
              <w:rPr>
                <w:sz w:val="16"/>
              </w:rPr>
              <w:t>Koordinator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direktor</w:t>
            </w:r>
            <w:proofErr w:type="spellEnd"/>
          </w:p>
        </w:tc>
        <w:tc>
          <w:tcPr>
            <w:tcW w:w="2268" w:type="dxa"/>
            <w:vAlign w:val="center"/>
          </w:tcPr>
          <w:p w14:paraId="71375E8F" w14:textId="77777777" w:rsidR="00A577E8" w:rsidRDefault="00FA2A60">
            <w:r>
              <w:rPr>
                <w:sz w:val="16"/>
              </w:rPr>
              <w:t xml:space="preserve">Program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lista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prisutnih</w:t>
            </w:r>
            <w:proofErr w:type="spellEnd"/>
          </w:p>
        </w:tc>
      </w:tr>
      <w:tr w:rsidR="00A577E8" w14:paraId="122C1925" w14:textId="77777777">
        <w:trPr>
          <w:jc w:val="center"/>
        </w:trPr>
        <w:tc>
          <w:tcPr>
            <w:tcW w:w="2551" w:type="dxa"/>
            <w:vAlign w:val="center"/>
          </w:tcPr>
          <w:p w14:paraId="769712A4" w14:textId="77777777" w:rsidR="00A577E8" w:rsidRDefault="00FA2A60">
            <w:proofErr w:type="spellStart"/>
            <w:r>
              <w:rPr>
                <w:sz w:val="16"/>
              </w:rPr>
              <w:t>Provjera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digitalnih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pristupa</w:t>
            </w:r>
            <w:proofErr w:type="spellEnd"/>
          </w:p>
        </w:tc>
        <w:tc>
          <w:tcPr>
            <w:tcW w:w="1701" w:type="dxa"/>
            <w:vAlign w:val="center"/>
          </w:tcPr>
          <w:p w14:paraId="1CB3117F" w14:textId="77777777" w:rsidR="00A577E8" w:rsidRDefault="00FA2A60">
            <w:proofErr w:type="spellStart"/>
            <w:r>
              <w:rPr>
                <w:sz w:val="16"/>
              </w:rPr>
              <w:t>Godišnje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po </w:t>
            </w:r>
            <w:proofErr w:type="spellStart"/>
            <w:r>
              <w:rPr>
                <w:sz w:val="16"/>
              </w:rPr>
              <w:t>prestanku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rada</w:t>
            </w:r>
            <w:proofErr w:type="spellEnd"/>
          </w:p>
        </w:tc>
        <w:tc>
          <w:tcPr>
            <w:tcW w:w="2268" w:type="dxa"/>
            <w:vAlign w:val="center"/>
          </w:tcPr>
          <w:p w14:paraId="1CB2E89D" w14:textId="77777777" w:rsidR="00A577E8" w:rsidRDefault="00FA2A60">
            <w:proofErr w:type="spellStart"/>
            <w:r>
              <w:rPr>
                <w:sz w:val="16"/>
              </w:rPr>
              <w:t>Odgovorna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osoba</w:t>
            </w:r>
            <w:proofErr w:type="spellEnd"/>
            <w:r>
              <w:rPr>
                <w:sz w:val="16"/>
              </w:rPr>
              <w:t>/IT</w:t>
            </w:r>
          </w:p>
        </w:tc>
        <w:tc>
          <w:tcPr>
            <w:tcW w:w="2268" w:type="dxa"/>
            <w:vAlign w:val="center"/>
          </w:tcPr>
          <w:p w14:paraId="1692A0B6" w14:textId="77777777" w:rsidR="00A577E8" w:rsidRDefault="00FA2A60">
            <w:proofErr w:type="spellStart"/>
            <w:r>
              <w:rPr>
                <w:sz w:val="16"/>
              </w:rPr>
              <w:t>Zapisnik</w:t>
            </w:r>
            <w:proofErr w:type="spellEnd"/>
          </w:p>
        </w:tc>
      </w:tr>
      <w:tr w:rsidR="00A577E8" w14:paraId="5DE5B549" w14:textId="77777777">
        <w:trPr>
          <w:jc w:val="center"/>
        </w:trPr>
        <w:tc>
          <w:tcPr>
            <w:tcW w:w="2551" w:type="dxa"/>
            <w:vAlign w:val="center"/>
          </w:tcPr>
          <w:p w14:paraId="40CD6EAB" w14:textId="77777777" w:rsidR="00A577E8" w:rsidRDefault="00FA2A60">
            <w:proofErr w:type="spellStart"/>
            <w:r>
              <w:rPr>
                <w:sz w:val="16"/>
              </w:rPr>
              <w:t>Inventura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instrumenata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opreme</w:t>
            </w:r>
            <w:proofErr w:type="spellEnd"/>
          </w:p>
        </w:tc>
        <w:tc>
          <w:tcPr>
            <w:tcW w:w="1701" w:type="dxa"/>
            <w:vAlign w:val="center"/>
          </w:tcPr>
          <w:p w14:paraId="241B61E0" w14:textId="77777777" w:rsidR="00A577E8" w:rsidRDefault="00FA2A60">
            <w:proofErr w:type="spellStart"/>
            <w:r>
              <w:rPr>
                <w:sz w:val="16"/>
              </w:rPr>
              <w:t>Godišnje</w:t>
            </w:r>
            <w:proofErr w:type="spellEnd"/>
          </w:p>
        </w:tc>
        <w:tc>
          <w:tcPr>
            <w:tcW w:w="2268" w:type="dxa"/>
            <w:vAlign w:val="center"/>
          </w:tcPr>
          <w:p w14:paraId="49869A5A" w14:textId="77777777" w:rsidR="00A577E8" w:rsidRDefault="00FA2A60">
            <w:proofErr w:type="spellStart"/>
            <w:r>
              <w:rPr>
                <w:sz w:val="16"/>
              </w:rPr>
              <w:t>Komisija</w:t>
            </w:r>
            <w:proofErr w:type="spellEnd"/>
          </w:p>
        </w:tc>
        <w:tc>
          <w:tcPr>
            <w:tcW w:w="2268" w:type="dxa"/>
            <w:vAlign w:val="center"/>
          </w:tcPr>
          <w:p w14:paraId="4BDC4F94" w14:textId="77777777" w:rsidR="00A577E8" w:rsidRDefault="00FA2A60">
            <w:proofErr w:type="spellStart"/>
            <w:r>
              <w:rPr>
                <w:sz w:val="16"/>
              </w:rPr>
              <w:t>Inventurna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lista</w:t>
            </w:r>
            <w:proofErr w:type="spellEnd"/>
          </w:p>
        </w:tc>
      </w:tr>
      <w:tr w:rsidR="00A577E8" w14:paraId="1C10FC25" w14:textId="77777777">
        <w:trPr>
          <w:jc w:val="center"/>
        </w:trPr>
        <w:tc>
          <w:tcPr>
            <w:tcW w:w="2551" w:type="dxa"/>
            <w:vAlign w:val="center"/>
          </w:tcPr>
          <w:p w14:paraId="50688729" w14:textId="77777777" w:rsidR="00A577E8" w:rsidRDefault="00FA2A60">
            <w:proofErr w:type="spellStart"/>
            <w:r>
              <w:rPr>
                <w:sz w:val="16"/>
              </w:rPr>
              <w:t>Izvještaj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realizaciji</w:t>
            </w:r>
            <w:proofErr w:type="spellEnd"/>
            <w:r>
              <w:rPr>
                <w:sz w:val="16"/>
              </w:rPr>
              <w:t xml:space="preserve"> Plana</w:t>
            </w:r>
          </w:p>
        </w:tc>
        <w:tc>
          <w:tcPr>
            <w:tcW w:w="1701" w:type="dxa"/>
            <w:vAlign w:val="center"/>
          </w:tcPr>
          <w:p w14:paraId="55162156" w14:textId="77777777" w:rsidR="00A577E8" w:rsidRDefault="00FA2A60">
            <w:proofErr w:type="spellStart"/>
            <w:r>
              <w:rPr>
                <w:sz w:val="16"/>
              </w:rPr>
              <w:t>Godišnje</w:t>
            </w:r>
            <w:proofErr w:type="spellEnd"/>
          </w:p>
        </w:tc>
        <w:tc>
          <w:tcPr>
            <w:tcW w:w="2268" w:type="dxa"/>
            <w:vAlign w:val="center"/>
          </w:tcPr>
          <w:p w14:paraId="4D09BA3B" w14:textId="77777777" w:rsidR="00A577E8" w:rsidRDefault="00FA2A60">
            <w:proofErr w:type="spellStart"/>
            <w:r>
              <w:rPr>
                <w:sz w:val="16"/>
              </w:rPr>
              <w:t>Koordinator</w:t>
            </w:r>
            <w:proofErr w:type="spellEnd"/>
          </w:p>
        </w:tc>
        <w:tc>
          <w:tcPr>
            <w:tcW w:w="2268" w:type="dxa"/>
            <w:vAlign w:val="center"/>
          </w:tcPr>
          <w:p w14:paraId="093A490C" w14:textId="77777777" w:rsidR="00A577E8" w:rsidRDefault="00FA2A60">
            <w:proofErr w:type="spellStart"/>
            <w:r>
              <w:rPr>
                <w:sz w:val="16"/>
              </w:rPr>
              <w:t>Godišnji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izvještaj</w:t>
            </w:r>
            <w:proofErr w:type="spellEnd"/>
          </w:p>
        </w:tc>
      </w:tr>
      <w:tr w:rsidR="00A577E8" w14:paraId="29C845FA" w14:textId="77777777">
        <w:trPr>
          <w:jc w:val="center"/>
        </w:trPr>
        <w:tc>
          <w:tcPr>
            <w:tcW w:w="2551" w:type="dxa"/>
            <w:vAlign w:val="center"/>
          </w:tcPr>
          <w:p w14:paraId="52A5E66A" w14:textId="77777777" w:rsidR="00A577E8" w:rsidRDefault="00FA2A60">
            <w:proofErr w:type="spellStart"/>
            <w:r>
              <w:rPr>
                <w:sz w:val="16"/>
              </w:rPr>
              <w:t>Potpuna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revizija</w:t>
            </w:r>
            <w:proofErr w:type="spellEnd"/>
            <w:r>
              <w:rPr>
                <w:sz w:val="16"/>
              </w:rPr>
              <w:t xml:space="preserve"> Plana</w:t>
            </w:r>
          </w:p>
        </w:tc>
        <w:tc>
          <w:tcPr>
            <w:tcW w:w="1701" w:type="dxa"/>
            <w:vAlign w:val="center"/>
          </w:tcPr>
          <w:p w14:paraId="41855B95" w14:textId="77777777" w:rsidR="00A577E8" w:rsidRDefault="00FA2A60">
            <w:proofErr w:type="spellStart"/>
            <w:r>
              <w:rPr>
                <w:sz w:val="16"/>
              </w:rPr>
              <w:t>Najmanje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svake</w:t>
            </w:r>
            <w:proofErr w:type="spellEnd"/>
            <w:r>
              <w:rPr>
                <w:sz w:val="16"/>
              </w:rPr>
              <w:t xml:space="preserve"> 3 </w:t>
            </w:r>
            <w:proofErr w:type="spellStart"/>
            <w:r>
              <w:rPr>
                <w:sz w:val="16"/>
              </w:rPr>
              <w:t>godine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ranije</w:t>
            </w:r>
            <w:proofErr w:type="spellEnd"/>
            <w:r>
              <w:rPr>
                <w:sz w:val="16"/>
              </w:rPr>
              <w:t xml:space="preserve"> po </w:t>
            </w:r>
            <w:proofErr w:type="spellStart"/>
            <w:r>
              <w:rPr>
                <w:sz w:val="16"/>
              </w:rPr>
              <w:t>potrebi</w:t>
            </w:r>
            <w:proofErr w:type="spellEnd"/>
          </w:p>
        </w:tc>
        <w:tc>
          <w:tcPr>
            <w:tcW w:w="2268" w:type="dxa"/>
            <w:vAlign w:val="center"/>
          </w:tcPr>
          <w:p w14:paraId="34172C43" w14:textId="77777777" w:rsidR="00A577E8" w:rsidRDefault="00FA2A60">
            <w:proofErr w:type="spellStart"/>
            <w:r>
              <w:rPr>
                <w:sz w:val="16"/>
              </w:rPr>
              <w:t>Direktor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koordinator</w:t>
            </w:r>
            <w:proofErr w:type="spellEnd"/>
          </w:p>
        </w:tc>
        <w:tc>
          <w:tcPr>
            <w:tcW w:w="2268" w:type="dxa"/>
            <w:vAlign w:val="center"/>
          </w:tcPr>
          <w:p w14:paraId="7809C49A" w14:textId="77777777" w:rsidR="00A577E8" w:rsidRDefault="00FA2A60">
            <w:r>
              <w:rPr>
                <w:sz w:val="16"/>
              </w:rPr>
              <w:t xml:space="preserve">Nova </w:t>
            </w:r>
            <w:proofErr w:type="spellStart"/>
            <w:r>
              <w:rPr>
                <w:sz w:val="16"/>
              </w:rPr>
              <w:t>verzija</w:t>
            </w:r>
            <w:proofErr w:type="spellEnd"/>
            <w:r>
              <w:rPr>
                <w:sz w:val="16"/>
              </w:rPr>
              <w:t xml:space="preserve"> Plana</w:t>
            </w:r>
          </w:p>
        </w:tc>
      </w:tr>
    </w:tbl>
    <w:p w14:paraId="03314F62" w14:textId="77777777" w:rsidR="00A577E8" w:rsidRDefault="00A577E8"/>
    <w:p w14:paraId="15BF01A0" w14:textId="77777777" w:rsidR="00A577E8" w:rsidRDefault="00FA2A60">
      <w:pPr>
        <w:pStyle w:val="Naslov1"/>
      </w:pPr>
      <w:r>
        <w:t>15. ZAVRŠNE ODREDBE</w:t>
      </w:r>
    </w:p>
    <w:p w14:paraId="5BAE123F" w14:textId="77777777" w:rsidR="00A577E8" w:rsidRDefault="00FA2A60">
      <w:r>
        <w:t xml:space="preserve">Plan </w:t>
      </w:r>
      <w:proofErr w:type="spellStart"/>
      <w:r>
        <w:t>integriteta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usvajanja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škole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u </w:t>
      </w:r>
      <w:proofErr w:type="spellStart"/>
      <w:r>
        <w:t>odluci</w:t>
      </w:r>
      <w:proofErr w:type="spellEnd"/>
      <w:r>
        <w:t xml:space="preserve"> o </w:t>
      </w:r>
      <w:proofErr w:type="spellStart"/>
      <w:r>
        <w:t>usvajanju</w:t>
      </w:r>
      <w:proofErr w:type="spellEnd"/>
      <w:r>
        <w:t xml:space="preserve">. Svi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postupati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ovlaštenja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. Za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pojedinačnih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odgovorni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nosioci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Planu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osigurava</w:t>
      </w:r>
      <w:proofErr w:type="spellEnd"/>
      <w:r>
        <w:t xml:space="preserve"> </w:t>
      </w:r>
      <w:proofErr w:type="spellStart"/>
      <w:r>
        <w:t>opću</w:t>
      </w:r>
      <w:proofErr w:type="spellEnd"/>
      <w:r>
        <w:t xml:space="preserve">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</w:t>
      </w:r>
      <w:proofErr w:type="spellEnd"/>
      <w:r>
        <w:t>.</w:t>
      </w:r>
    </w:p>
    <w:p w14:paraId="251FADA9" w14:textId="2C8FAEF7" w:rsidR="00880D2D" w:rsidRDefault="00FA2A60">
      <w:r>
        <w:t xml:space="preserve">Plan se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. </w:t>
      </w:r>
      <w:proofErr w:type="spellStart"/>
      <w:r>
        <w:t>Izmjene</w:t>
      </w:r>
      <w:proofErr w:type="spellEnd"/>
      <w:r>
        <w:t xml:space="preserve"> i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se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usvajanje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rizik</w:t>
      </w:r>
      <w:proofErr w:type="spellEnd"/>
      <w:r>
        <w:t xml:space="preserve">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manji</w:t>
      </w:r>
      <w:proofErr w:type="spellEnd"/>
      <w:r>
        <w:t xml:space="preserve"> od </w:t>
      </w:r>
      <w:proofErr w:type="spellStart"/>
      <w:r>
        <w:t>početno</w:t>
      </w:r>
      <w:proofErr w:type="spellEnd"/>
      <w:r>
        <w:t xml:space="preserve"> </w:t>
      </w:r>
      <w:proofErr w:type="spellStart"/>
      <w:r>
        <w:t>procijenjenog</w:t>
      </w:r>
      <w:proofErr w:type="spellEnd"/>
      <w:r>
        <w:t xml:space="preserve">, </w:t>
      </w:r>
      <w:proofErr w:type="spellStart"/>
      <w:r>
        <w:t>koordinator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korekciju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mjera</w:t>
      </w:r>
      <w:proofErr w:type="spellEnd"/>
      <w:r>
        <w:t>.</w:t>
      </w:r>
    </w:p>
    <w:p w14:paraId="3B4E9F18" w14:textId="77777777" w:rsidR="00880D2D" w:rsidRDefault="00880D2D"/>
    <w:p w14:paraId="382EB411" w14:textId="4B55F2C0" w:rsidR="00A577E8" w:rsidRDefault="00FA2A60">
      <w:r>
        <w:t>ODGOVORNA OSOBA ZA PRAĆENJE PLANA: ________________________________</w:t>
      </w:r>
    </w:p>
    <w:p w14:paraId="72BECA50" w14:textId="4F50C582" w:rsidR="00A577E8" w:rsidRDefault="00FA2A60">
      <w:r>
        <w:t>DIREKTORICA: _________________________________________________</w:t>
      </w:r>
    </w:p>
    <w:p w14:paraId="1C644C9C" w14:textId="77777777" w:rsidR="00A577E8" w:rsidRDefault="00FA2A60">
      <w:r>
        <w:t>DATUM: ____________________</w:t>
      </w:r>
    </w:p>
    <w:bookmarkEnd w:id="0"/>
    <w:p w14:paraId="217C4872" w14:textId="464E9256" w:rsidR="00A577E8" w:rsidRDefault="00A577E8"/>
    <w:sectPr w:rsidR="00A577E8" w:rsidSect="00034616">
      <w:footerReference w:type="default" r:id="rId9"/>
      <w:pgSz w:w="12240" w:h="15840"/>
      <w:pgMar w:top="1247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83F26" w14:textId="77777777" w:rsidR="005101AF" w:rsidRDefault="005101AF">
      <w:pPr>
        <w:spacing w:after="0" w:line="240" w:lineRule="auto"/>
      </w:pPr>
      <w:r>
        <w:separator/>
      </w:r>
    </w:p>
  </w:endnote>
  <w:endnote w:type="continuationSeparator" w:id="0">
    <w:p w14:paraId="71E34CAD" w14:textId="77777777" w:rsidR="005101AF" w:rsidRDefault="0051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A2030" w14:textId="77777777" w:rsidR="00A577E8" w:rsidRDefault="00FA2A60">
    <w:pPr>
      <w:pStyle w:val="Podnoje"/>
      <w:jc w:val="center"/>
    </w:pPr>
    <w:r>
      <w:t xml:space="preserve">JU </w:t>
    </w:r>
    <w:proofErr w:type="spellStart"/>
    <w:r>
      <w:t>Osnovna</w:t>
    </w:r>
    <w:proofErr w:type="spellEnd"/>
    <w:r>
      <w:t xml:space="preserve"> </w:t>
    </w:r>
    <w:proofErr w:type="spellStart"/>
    <w:r>
      <w:t>muzička</w:t>
    </w:r>
    <w:proofErr w:type="spellEnd"/>
    <w:r>
      <w:t xml:space="preserve"> </w:t>
    </w:r>
    <w:proofErr w:type="spellStart"/>
    <w:r>
      <w:t>škola</w:t>
    </w:r>
    <w:proofErr w:type="spellEnd"/>
    <w:r>
      <w:t xml:space="preserve"> Travnik – Plan </w:t>
    </w:r>
    <w:proofErr w:type="spellStart"/>
    <w:r>
      <w:t>integriteta</w:t>
    </w:r>
    <w:proofErr w:type="spellEnd"/>
    <w:r>
      <w:t xml:space="preserve"> 2026–2029. | </w:t>
    </w:r>
    <w:r>
      <w:fldChar w:fldCharType="begin"/>
    </w:r>
    <w:r>
      <w:instrText>PAGE</w:instrText>
    </w:r>
    <w:r>
      <w:fldChar w:fldCharType="separate"/>
    </w:r>
    <w:r w:rsidR="0089171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96412" w14:textId="77777777" w:rsidR="005101AF" w:rsidRDefault="005101AF">
      <w:pPr>
        <w:spacing w:after="0" w:line="240" w:lineRule="auto"/>
      </w:pPr>
      <w:r>
        <w:separator/>
      </w:r>
    </w:p>
  </w:footnote>
  <w:footnote w:type="continuationSeparator" w:id="0">
    <w:p w14:paraId="73A17DF0" w14:textId="77777777" w:rsidR="005101AF" w:rsidRDefault="0051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BDEE60C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9774518">
    <w:abstractNumId w:val="8"/>
  </w:num>
  <w:num w:numId="2" w16cid:durableId="52585414">
    <w:abstractNumId w:val="6"/>
  </w:num>
  <w:num w:numId="3" w16cid:durableId="1736270252">
    <w:abstractNumId w:val="5"/>
  </w:num>
  <w:num w:numId="4" w16cid:durableId="401292869">
    <w:abstractNumId w:val="4"/>
  </w:num>
  <w:num w:numId="5" w16cid:durableId="538054450">
    <w:abstractNumId w:val="7"/>
  </w:num>
  <w:num w:numId="6" w16cid:durableId="1776317648">
    <w:abstractNumId w:val="3"/>
  </w:num>
  <w:num w:numId="7" w16cid:durableId="1153989902">
    <w:abstractNumId w:val="2"/>
  </w:num>
  <w:num w:numId="8" w16cid:durableId="659887604">
    <w:abstractNumId w:val="1"/>
  </w:num>
  <w:num w:numId="9" w16cid:durableId="799416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6BE7"/>
    <w:rsid w:val="00112225"/>
    <w:rsid w:val="001138ED"/>
    <w:rsid w:val="00135827"/>
    <w:rsid w:val="0015074B"/>
    <w:rsid w:val="001E0EDD"/>
    <w:rsid w:val="0029639D"/>
    <w:rsid w:val="00326F90"/>
    <w:rsid w:val="005101AF"/>
    <w:rsid w:val="00740D29"/>
    <w:rsid w:val="007A765D"/>
    <w:rsid w:val="007C1696"/>
    <w:rsid w:val="00880D2D"/>
    <w:rsid w:val="00891713"/>
    <w:rsid w:val="00A577E8"/>
    <w:rsid w:val="00AA1D8D"/>
    <w:rsid w:val="00B35ADE"/>
    <w:rsid w:val="00B47730"/>
    <w:rsid w:val="00CB0664"/>
    <w:rsid w:val="00CE6486"/>
    <w:rsid w:val="00D263BD"/>
    <w:rsid w:val="00E26D6D"/>
    <w:rsid w:val="00EE612B"/>
    <w:rsid w:val="00F847A4"/>
    <w:rsid w:val="00FA2A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46FCE"/>
  <w14:defaultImageDpi w14:val="300"/>
  <w15:docId w15:val="{88D34663-3951-435E-9C5E-BA10BE8E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3466</Words>
  <Characters>19757</Characters>
  <Application>Microsoft Office Word</Application>
  <DocSecurity>0</DocSecurity>
  <Lines>164</Lines>
  <Paragraphs>46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Zerina Zerina</cp:lastModifiedBy>
  <cp:revision>7</cp:revision>
  <cp:lastPrinted>2026-09-24T07:18:00Z</cp:lastPrinted>
  <dcterms:created xsi:type="dcterms:W3CDTF">2026-09-21T12:56:00Z</dcterms:created>
  <dcterms:modified xsi:type="dcterms:W3CDTF">2026-09-25T11:28:00Z</dcterms:modified>
  <cp:category/>
</cp:coreProperties>
</file>